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814F3" w14:textId="77777777" w:rsidR="006E295F" w:rsidRDefault="00000000">
      <w:pPr>
        <w:jc w:val="center"/>
      </w:pPr>
      <w:r>
        <w:rPr>
          <w:b/>
          <w:sz w:val="28"/>
        </w:rPr>
        <w:t>Examen local normalizado - Kalaa Beni Routen, Ouezzane (2011)</w:t>
      </w:r>
    </w:p>
    <w:p w14:paraId="19A87A42" w14:textId="77777777" w:rsidR="006E295F" w:rsidRDefault="00000000">
      <w:pPr>
        <w:jc w:val="center"/>
      </w:pPr>
      <w:r>
        <w:rPr>
          <w:i/>
          <w:sz w:val="20"/>
        </w:rPr>
        <w:t>Matemáticas - 6.º Primaria - Enunciado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6E295F" w14:paraId="32D5A716" w14:textId="77777777">
        <w:trPr>
          <w:jc w:val="center"/>
        </w:trPr>
        <w:tc>
          <w:tcPr>
            <w:tcW w:w="2635" w:type="dxa"/>
            <w:vAlign w:val="center"/>
          </w:tcPr>
          <w:p w14:paraId="6F66F07E" w14:textId="77777777" w:rsidR="006E295F" w:rsidRDefault="00000000">
            <w:pPr>
              <w:spacing w:after="0"/>
            </w:pPr>
            <w:r>
              <w:rPr>
                <w:sz w:val="18"/>
              </w:rPr>
              <w:t>Nombre</w:t>
            </w:r>
          </w:p>
        </w:tc>
        <w:tc>
          <w:tcPr>
            <w:tcW w:w="2635" w:type="dxa"/>
            <w:vAlign w:val="center"/>
          </w:tcPr>
          <w:p w14:paraId="5B250CA8" w14:textId="77777777" w:rsidR="006E295F" w:rsidRDefault="00000000">
            <w:pPr>
              <w:spacing w:after="0"/>
            </w:pPr>
            <w:r>
              <w:rPr>
                <w:sz w:val="18"/>
              </w:rPr>
              <w:t>Grupo</w:t>
            </w:r>
          </w:p>
        </w:tc>
        <w:tc>
          <w:tcPr>
            <w:tcW w:w="2635" w:type="dxa"/>
            <w:vAlign w:val="center"/>
          </w:tcPr>
          <w:p w14:paraId="37635EAD" w14:textId="77777777" w:rsidR="006E295F" w:rsidRDefault="00000000">
            <w:pPr>
              <w:spacing w:after="0"/>
            </w:pPr>
            <w:r>
              <w:rPr>
                <w:sz w:val="18"/>
              </w:rPr>
              <w:t>Fecha</w:t>
            </w:r>
          </w:p>
        </w:tc>
        <w:tc>
          <w:tcPr>
            <w:tcW w:w="2635" w:type="dxa"/>
            <w:vAlign w:val="center"/>
          </w:tcPr>
          <w:p w14:paraId="7A33DDEC" w14:textId="77777777" w:rsidR="006E295F" w:rsidRDefault="00000000">
            <w:pPr>
              <w:spacing w:after="0"/>
            </w:pPr>
            <w:r>
              <w:rPr>
                <w:sz w:val="18"/>
              </w:rPr>
              <w:t>Nota</w:t>
            </w:r>
          </w:p>
        </w:tc>
      </w:tr>
      <w:tr w:rsidR="006E295F" w14:paraId="524D1E60" w14:textId="77777777">
        <w:trPr>
          <w:jc w:val="center"/>
        </w:trPr>
        <w:tc>
          <w:tcPr>
            <w:tcW w:w="2635" w:type="dxa"/>
            <w:vAlign w:val="center"/>
          </w:tcPr>
          <w:p w14:paraId="4977D6AD" w14:textId="77777777" w:rsidR="006E295F" w:rsidRDefault="006E295F">
            <w:pPr>
              <w:spacing w:after="0"/>
            </w:pPr>
          </w:p>
        </w:tc>
        <w:tc>
          <w:tcPr>
            <w:tcW w:w="2635" w:type="dxa"/>
            <w:vAlign w:val="center"/>
          </w:tcPr>
          <w:p w14:paraId="157382F7" w14:textId="77777777" w:rsidR="006E295F" w:rsidRDefault="006E295F">
            <w:pPr>
              <w:spacing w:after="0"/>
            </w:pPr>
          </w:p>
        </w:tc>
        <w:tc>
          <w:tcPr>
            <w:tcW w:w="2635" w:type="dxa"/>
            <w:vAlign w:val="center"/>
          </w:tcPr>
          <w:p w14:paraId="0B740896" w14:textId="77777777" w:rsidR="006E295F" w:rsidRDefault="006E295F">
            <w:pPr>
              <w:spacing w:after="0"/>
            </w:pPr>
          </w:p>
        </w:tc>
        <w:tc>
          <w:tcPr>
            <w:tcW w:w="2635" w:type="dxa"/>
            <w:vAlign w:val="center"/>
          </w:tcPr>
          <w:p w14:paraId="7D7A2793" w14:textId="77777777" w:rsidR="006E295F" w:rsidRDefault="006E295F">
            <w:pPr>
              <w:spacing w:after="0"/>
            </w:pPr>
          </w:p>
        </w:tc>
      </w:tr>
    </w:tbl>
    <w:p w14:paraId="49EF224E" w14:textId="77777777" w:rsidR="00A145DB" w:rsidRDefault="00A145DB"/>
    <w:p w14:paraId="6D31E8F6" w14:textId="77777777" w:rsidR="006E295F" w:rsidRDefault="00000000">
      <w:r>
        <w:rPr>
          <w:b/>
          <w:sz w:val="24"/>
        </w:rPr>
        <w:t>Primero. Actividades numéricas (7 puntos)</w:t>
      </w:r>
    </w:p>
    <w:p w14:paraId="2EC323C6" w14:textId="77777777" w:rsidR="006E295F" w:rsidRDefault="00000000">
      <w:pPr>
        <w:spacing w:before="100" w:after="40"/>
      </w:pPr>
      <w:r>
        <w:rPr>
          <w:b/>
        </w:rPr>
        <w:t>1. Calcula lo siguiente (3 puntos)</w:t>
      </w:r>
    </w:p>
    <w:p w14:paraId="0F4026E5" w14:textId="77777777" w:rsidR="006E295F" w:rsidRDefault="00000000">
      <w:r>
        <w:t>15,72 + 297 + 76     ;     60 - 59,013     ;     66,04 x 0,48</w:t>
      </w:r>
    </w:p>
    <w:p w14:paraId="52653419" w14:textId="77777777" w:rsidR="00A145DB" w:rsidRDefault="00A145DB">
      <w:pPr>
        <w:spacing w:before="100" w:after="40"/>
      </w:pPr>
    </w:p>
    <w:p w14:paraId="1D9564E8" w14:textId="77777777" w:rsidR="00A145DB" w:rsidRDefault="00A145DB">
      <w:pPr>
        <w:spacing w:before="100" w:after="40"/>
      </w:pPr>
    </w:p>
    <w:p w14:paraId="29E68F7E" w14:textId="77777777" w:rsidR="00A145DB" w:rsidRDefault="00A145DB">
      <w:pPr>
        <w:spacing w:before="100" w:after="40"/>
      </w:pPr>
    </w:p>
    <w:p w14:paraId="115D811B" w14:textId="77777777" w:rsidR="00A145DB" w:rsidRDefault="00A145DB">
      <w:pPr>
        <w:spacing w:before="100" w:after="40"/>
      </w:pPr>
    </w:p>
    <w:p w14:paraId="56176F3A" w14:textId="77777777" w:rsidR="00A145DB" w:rsidRDefault="00A145DB">
      <w:pPr>
        <w:spacing w:before="100" w:after="40"/>
      </w:pPr>
    </w:p>
    <w:p w14:paraId="78126535" w14:textId="77777777" w:rsidR="00A145DB" w:rsidRDefault="00A145DB">
      <w:pPr>
        <w:spacing w:before="100" w:after="40"/>
      </w:pPr>
    </w:p>
    <w:p w14:paraId="41AAC976" w14:textId="77777777" w:rsidR="00A145DB" w:rsidRDefault="00A145DB">
      <w:pPr>
        <w:spacing w:before="100" w:after="40"/>
      </w:pPr>
    </w:p>
    <w:p w14:paraId="18B5B865" w14:textId="77777777" w:rsidR="00A145DB" w:rsidRDefault="00A145DB">
      <w:pPr>
        <w:spacing w:before="100" w:after="40"/>
      </w:pPr>
    </w:p>
    <w:p w14:paraId="70DD923C" w14:textId="77777777" w:rsidR="00A145DB" w:rsidRDefault="00A145DB">
      <w:pPr>
        <w:spacing w:before="100" w:after="40"/>
      </w:pPr>
    </w:p>
    <w:p w14:paraId="53E4D7C0" w14:textId="77777777" w:rsidR="00A145DB" w:rsidRDefault="00A145DB">
      <w:pPr>
        <w:spacing w:before="100" w:after="40"/>
      </w:pPr>
    </w:p>
    <w:p w14:paraId="61CDFE51" w14:textId="77777777" w:rsidR="00A145DB" w:rsidRDefault="00A145DB">
      <w:pPr>
        <w:spacing w:before="100" w:after="40"/>
      </w:pPr>
    </w:p>
    <w:p w14:paraId="0EC3E249" w14:textId="77777777" w:rsidR="00A145DB" w:rsidRDefault="00A145DB">
      <w:pPr>
        <w:spacing w:before="100" w:after="40"/>
      </w:pPr>
    </w:p>
    <w:p w14:paraId="4FE386C8" w14:textId="36A2632F" w:rsidR="006E295F" w:rsidRDefault="00000000">
      <w:pPr>
        <w:spacing w:before="100" w:after="40"/>
      </w:pPr>
      <w:r>
        <w:rPr>
          <w:b/>
        </w:rPr>
        <w:t>2. Ordena los números siguientes de forma creciente (1,5 puntos)</w:t>
      </w:r>
    </w:p>
    <w:p w14:paraId="66B692B3" w14:textId="77777777" w:rsidR="006E295F" w:rsidRDefault="00000000">
      <w:r>
        <w:t>40,963 ; 4,0963 ; 39,046 ; 64,093 ; 94,063 ; 64,039</w:t>
      </w:r>
    </w:p>
    <w:p w14:paraId="64001F02" w14:textId="77777777" w:rsidR="00A145DB" w:rsidRDefault="00A145DB">
      <w:pPr>
        <w:spacing w:before="100" w:after="40"/>
      </w:pPr>
    </w:p>
    <w:p w14:paraId="20B09885" w14:textId="77777777" w:rsidR="00A145DB" w:rsidRDefault="00A145DB">
      <w:pPr>
        <w:spacing w:before="100" w:after="40"/>
      </w:pPr>
    </w:p>
    <w:p w14:paraId="5D4262E4" w14:textId="77777777" w:rsidR="00A145DB" w:rsidRDefault="00A145DB">
      <w:pPr>
        <w:spacing w:before="100" w:after="40"/>
      </w:pPr>
    </w:p>
    <w:p w14:paraId="3E94B705" w14:textId="220CB9D8" w:rsidR="006E295F" w:rsidRDefault="00000000">
      <w:pPr>
        <w:spacing w:before="100" w:after="40"/>
      </w:pPr>
      <w:r>
        <w:rPr>
          <w:b/>
        </w:rPr>
        <w:t>3. De entre los números siguientes, determina (2,5 puntos)</w:t>
      </w:r>
    </w:p>
    <w:p w14:paraId="6A3E175A" w14:textId="77777777" w:rsidR="006E295F" w:rsidRDefault="00000000">
      <w:r>
        <w:t>2013 ; 370 ; 1125 ; 2179 ; 306 ; 1368</w:t>
      </w:r>
    </w:p>
    <w:p w14:paraId="6B12BE0C" w14:textId="77777777" w:rsidR="006E295F" w:rsidRDefault="00000000">
      <w:pPr>
        <w:pStyle w:val="Listaconvietas"/>
      </w:pPr>
      <w:r>
        <w:t>Los números divisibles por 2.</w:t>
      </w:r>
    </w:p>
    <w:p w14:paraId="4911B0D8" w14:textId="77777777" w:rsidR="006E295F" w:rsidRDefault="00000000">
      <w:pPr>
        <w:pStyle w:val="Listaconvietas"/>
      </w:pPr>
      <w:r>
        <w:t>Los números divisibles por 5.</w:t>
      </w:r>
    </w:p>
    <w:p w14:paraId="46BA2A41" w14:textId="77777777" w:rsidR="006E295F" w:rsidRDefault="00000000">
      <w:pPr>
        <w:pStyle w:val="Listaconvietas"/>
      </w:pPr>
      <w:r>
        <w:t>Los números divisibles por 3.</w:t>
      </w:r>
    </w:p>
    <w:p w14:paraId="6EF3ED02" w14:textId="77777777" w:rsidR="006E295F" w:rsidRDefault="00000000">
      <w:pPr>
        <w:pStyle w:val="Listaconvietas"/>
      </w:pPr>
      <w:r>
        <w:t>Los números divisibles por 3 y por 5 al mismo tiempo.</w:t>
      </w:r>
    </w:p>
    <w:p w14:paraId="49252AC8" w14:textId="77777777" w:rsidR="00A145DB" w:rsidRDefault="00A145DB"/>
    <w:p w14:paraId="0AEA2837" w14:textId="77777777" w:rsidR="00A145DB" w:rsidRDefault="00A145DB"/>
    <w:p w14:paraId="57292BF1" w14:textId="77777777" w:rsidR="00A145DB" w:rsidRDefault="00A145DB"/>
    <w:p w14:paraId="2B5ED7F5" w14:textId="77777777" w:rsidR="00A145DB" w:rsidRDefault="00A145DB"/>
    <w:p w14:paraId="0A3FBFA9" w14:textId="6187A201" w:rsidR="006E295F" w:rsidRDefault="00000000">
      <w:r>
        <w:rPr>
          <w:b/>
          <w:sz w:val="24"/>
        </w:rPr>
        <w:lastRenderedPageBreak/>
        <w:t>Segundo. Actividades de medida (3 puntos)</w:t>
      </w:r>
    </w:p>
    <w:p w14:paraId="4AA87F99" w14:textId="77777777" w:rsidR="006E295F" w:rsidRDefault="00000000">
      <w:pPr>
        <w:spacing w:before="100" w:after="40"/>
        <w:rPr>
          <w:b/>
        </w:rPr>
      </w:pPr>
      <w:r>
        <w:rPr>
          <w:b/>
        </w:rPr>
        <w:t xml:space="preserve">4. Convierte a la </w:t>
      </w:r>
      <w:proofErr w:type="spellStart"/>
      <w:r>
        <w:rPr>
          <w:b/>
        </w:rPr>
        <w:t>unidad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pedida</w:t>
      </w:r>
      <w:proofErr w:type="spellEnd"/>
    </w:p>
    <w:p w14:paraId="328A9226" w14:textId="77777777" w:rsidR="00264564" w:rsidRDefault="00264564">
      <w:pPr>
        <w:spacing w:before="100" w:after="40"/>
      </w:pPr>
    </w:p>
    <w:p w14:paraId="3D33FC2E" w14:textId="7DCA71D4" w:rsidR="006E295F" w:rsidRDefault="00000000">
      <w:pPr>
        <w:pStyle w:val="Listaconvietas"/>
      </w:pPr>
      <w:r>
        <w:t>55 m 6 cm = .......</w:t>
      </w:r>
      <w:r w:rsidR="00A145DB">
        <w:t>..................</w:t>
      </w:r>
      <w:r>
        <w:t>... dm</w:t>
      </w:r>
    </w:p>
    <w:p w14:paraId="577E5CCE" w14:textId="77777777" w:rsidR="00264564" w:rsidRDefault="00264564" w:rsidP="00264564">
      <w:pPr>
        <w:pStyle w:val="Listaconvietas"/>
        <w:numPr>
          <w:ilvl w:val="0"/>
          <w:numId w:val="0"/>
        </w:numPr>
        <w:ind w:left="360"/>
      </w:pPr>
    </w:p>
    <w:p w14:paraId="0E5E4442" w14:textId="639FC301" w:rsidR="006E295F" w:rsidRDefault="00000000">
      <w:pPr>
        <w:pStyle w:val="Listaconvietas"/>
      </w:pPr>
      <w:r>
        <w:t xml:space="preserve">452 </w:t>
      </w:r>
      <w:proofErr w:type="gramStart"/>
      <w:r>
        <w:t>dam</w:t>
      </w:r>
      <w:proofErr w:type="gramEnd"/>
      <w:r>
        <w:t xml:space="preserve"> = ....</w:t>
      </w:r>
      <w:r w:rsidR="00A145DB">
        <w:t>.......................</w:t>
      </w:r>
      <w:r>
        <w:t>...... km</w:t>
      </w:r>
    </w:p>
    <w:p w14:paraId="187D86E2" w14:textId="77777777" w:rsidR="00264564" w:rsidRDefault="00264564" w:rsidP="00264564">
      <w:pPr>
        <w:pStyle w:val="Listaconvietas"/>
        <w:numPr>
          <w:ilvl w:val="0"/>
          <w:numId w:val="0"/>
        </w:numPr>
      </w:pPr>
    </w:p>
    <w:p w14:paraId="516D5FC2" w14:textId="78C95F97" w:rsidR="006E295F" w:rsidRDefault="00000000">
      <w:pPr>
        <w:pStyle w:val="Listaconvietas"/>
      </w:pPr>
      <w:r>
        <w:t>4,025 km = ....</w:t>
      </w:r>
      <w:r w:rsidR="00A145DB">
        <w:t>........................</w:t>
      </w:r>
      <w:r>
        <w:t>...... cm</w:t>
      </w:r>
    </w:p>
    <w:p w14:paraId="42E77A1B" w14:textId="77777777" w:rsidR="00A145DB" w:rsidRDefault="00A145DB" w:rsidP="00A145DB">
      <w:pPr>
        <w:pStyle w:val="Listaconvietas"/>
        <w:numPr>
          <w:ilvl w:val="0"/>
          <w:numId w:val="0"/>
        </w:numPr>
        <w:ind w:left="360"/>
      </w:pPr>
    </w:p>
    <w:p w14:paraId="6BFF6FC3" w14:textId="77777777" w:rsidR="006E295F" w:rsidRDefault="00000000">
      <w:r>
        <w:rPr>
          <w:b/>
          <w:sz w:val="24"/>
        </w:rPr>
        <w:t>Cuarto. Actividades de geometría (5 puntos)</w:t>
      </w:r>
    </w:p>
    <w:p w14:paraId="416F8752" w14:textId="77777777" w:rsidR="006E295F" w:rsidRDefault="00000000">
      <w:r>
        <w:t>ABC es un triángulo en el que el ángulo de vértice B mide 60° y el ángulo de vértice C mide 50°.</w:t>
      </w:r>
    </w:p>
    <w:p w14:paraId="6EA73BD0" w14:textId="77777777" w:rsidR="006E295F" w:rsidRDefault="00000000">
      <w:pPr>
        <w:spacing w:before="100" w:after="40"/>
      </w:pPr>
      <w:r>
        <w:rPr>
          <w:b/>
        </w:rPr>
        <w:t>5. Calcula la medida del ángulo de vértice A (2 puntos)</w:t>
      </w:r>
    </w:p>
    <w:p w14:paraId="1C3B8227" w14:textId="77777777" w:rsidR="00A145DB" w:rsidRDefault="00A145DB"/>
    <w:p w14:paraId="6174715F" w14:textId="77777777" w:rsidR="00A145DB" w:rsidRDefault="00A145DB"/>
    <w:p w14:paraId="4B4804D1" w14:textId="77777777" w:rsidR="00A145DB" w:rsidRDefault="00A145DB"/>
    <w:p w14:paraId="5B0ED02C" w14:textId="77777777" w:rsidR="006E295F" w:rsidRDefault="00000000">
      <w:pPr>
        <w:spacing w:before="100" w:after="40"/>
      </w:pPr>
      <w:r>
        <w:rPr>
          <w:b/>
        </w:rPr>
        <w:t>6. Dibuja el triángulo ABC (3 puntos)</w:t>
      </w:r>
    </w:p>
    <w:p w14:paraId="4C5EA522" w14:textId="77777777" w:rsidR="00A145DB" w:rsidRDefault="00A145DB"/>
    <w:p w14:paraId="0A2A318C" w14:textId="77777777" w:rsidR="00A145DB" w:rsidRDefault="00A145DB"/>
    <w:p w14:paraId="276E98CB" w14:textId="77777777" w:rsidR="00A145DB" w:rsidRDefault="00A145DB"/>
    <w:p w14:paraId="68B6C5B7" w14:textId="77777777" w:rsidR="00A145DB" w:rsidRDefault="00A145DB"/>
    <w:p w14:paraId="194EC594" w14:textId="77777777" w:rsidR="00A145DB" w:rsidRDefault="00A145DB"/>
    <w:p w14:paraId="1E663118" w14:textId="77777777" w:rsidR="00A145DB" w:rsidRDefault="00A145DB"/>
    <w:p w14:paraId="3F8E0CD7" w14:textId="77777777" w:rsidR="00A145DB" w:rsidRDefault="00A145DB"/>
    <w:p w14:paraId="27A4ECD9" w14:textId="77777777" w:rsidR="00A145DB" w:rsidRDefault="00A145DB"/>
    <w:p w14:paraId="2CF30E4C" w14:textId="77777777" w:rsidR="00A145DB" w:rsidRDefault="00A145DB"/>
    <w:p w14:paraId="779D1429" w14:textId="7D1F1845" w:rsidR="006E295F" w:rsidRDefault="00000000">
      <w:proofErr w:type="spellStart"/>
      <w:r>
        <w:rPr>
          <w:b/>
          <w:sz w:val="24"/>
        </w:rPr>
        <w:t>Tercero</w:t>
      </w:r>
      <w:proofErr w:type="spellEnd"/>
      <w:r>
        <w:rPr>
          <w:b/>
          <w:sz w:val="24"/>
        </w:rPr>
        <w:t>. Problema (5 puntos)</w:t>
      </w:r>
    </w:p>
    <w:p w14:paraId="601B571D" w14:textId="77777777" w:rsidR="006E295F" w:rsidRDefault="00000000">
      <w:r>
        <w:t>Un criador tiene 450 gallinas. Cada gallina pone un huevo al día.</w:t>
      </w:r>
    </w:p>
    <w:p w14:paraId="13E9D4DF" w14:textId="77777777" w:rsidR="006E295F" w:rsidRDefault="00000000">
      <w:pPr>
        <w:pStyle w:val="Listaconvietas"/>
      </w:pPr>
      <w:r>
        <w:t>¿Cuántos huevos reunirá en 5 días?</w:t>
      </w:r>
    </w:p>
    <w:p w14:paraId="0C98209E" w14:textId="77777777" w:rsidR="006E295F" w:rsidRDefault="00000000">
      <w:pPr>
        <w:pStyle w:val="Listaconvietas"/>
      </w:pPr>
      <w:r>
        <w:t>Si vende cada huevo a 0,75 dirhams, ¿cuánto obtendrá por los huevos reunidos en 5 días?</w:t>
      </w:r>
    </w:p>
    <w:p w14:paraId="43280A51" w14:textId="77777777" w:rsidR="006E295F" w:rsidRDefault="00000000">
      <w:pPr>
        <w:pStyle w:val="Listaconvietas"/>
      </w:pPr>
      <w:r>
        <w:t>Coloca los huevos reunidos durante 5 días en cajas. Cada caja contiene 30 huevos. ¿Cuántas cajas necesitará?</w:t>
      </w:r>
    </w:p>
    <w:p w14:paraId="66AABAF8" w14:textId="03783D93" w:rsidR="006E295F" w:rsidRDefault="006E295F"/>
    <w:sectPr w:rsidR="006E295F" w:rsidSect="00034616">
      <w:pgSz w:w="12240" w:h="15840"/>
      <w:pgMar w:top="794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2801584">
    <w:abstractNumId w:val="8"/>
  </w:num>
  <w:num w:numId="2" w16cid:durableId="422454792">
    <w:abstractNumId w:val="6"/>
  </w:num>
  <w:num w:numId="3" w16cid:durableId="1988775853">
    <w:abstractNumId w:val="5"/>
  </w:num>
  <w:num w:numId="4" w16cid:durableId="393309966">
    <w:abstractNumId w:val="4"/>
  </w:num>
  <w:num w:numId="5" w16cid:durableId="1375694083">
    <w:abstractNumId w:val="7"/>
  </w:num>
  <w:num w:numId="6" w16cid:durableId="1940218778">
    <w:abstractNumId w:val="3"/>
  </w:num>
  <w:num w:numId="7" w16cid:durableId="1907761104">
    <w:abstractNumId w:val="2"/>
  </w:num>
  <w:num w:numId="8" w16cid:durableId="1274901355">
    <w:abstractNumId w:val="1"/>
  </w:num>
  <w:num w:numId="9" w16cid:durableId="728268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4564"/>
    <w:rsid w:val="0029639D"/>
    <w:rsid w:val="00326F90"/>
    <w:rsid w:val="006E295F"/>
    <w:rsid w:val="00A145DB"/>
    <w:rsid w:val="00AA1D8D"/>
    <w:rsid w:val="00B1534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E49C7B"/>
  <w14:defaultImageDpi w14:val="300"/>
  <w15:docId w15:val="{AFDC018E-AB44-4136-BE50-CB0099B21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3</cp:revision>
  <dcterms:created xsi:type="dcterms:W3CDTF">2013-12-23T23:15:00Z</dcterms:created>
  <dcterms:modified xsi:type="dcterms:W3CDTF">2026-06-29T15:18:00Z</dcterms:modified>
  <cp:category/>
</cp:coreProperties>
</file>