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D0181" w14:textId="77777777" w:rsidR="00E33A55" w:rsidRDefault="00000000">
      <w:pPr>
        <w:jc w:val="center"/>
      </w:pPr>
      <w:r>
        <w:rPr>
          <w:b/>
          <w:sz w:val="28"/>
        </w:rPr>
        <w:t>Examen local normalizado - Kalaa Beni Routen, Ouezzane (2012)</w:t>
      </w:r>
    </w:p>
    <w:p w14:paraId="53CFA7F3" w14:textId="77777777" w:rsidR="00E33A55" w:rsidRDefault="00000000">
      <w:pPr>
        <w:jc w:val="center"/>
      </w:pPr>
      <w:r>
        <w:rPr>
          <w:i/>
          <w:sz w:val="20"/>
        </w:rPr>
        <w:t>Matemáticas - 6.º Primaria - Enunciado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E33A55" w14:paraId="26091961" w14:textId="77777777">
        <w:trPr>
          <w:jc w:val="center"/>
        </w:trPr>
        <w:tc>
          <w:tcPr>
            <w:tcW w:w="2635" w:type="dxa"/>
            <w:vAlign w:val="center"/>
          </w:tcPr>
          <w:p w14:paraId="606AF94E" w14:textId="77777777" w:rsidR="00E33A55" w:rsidRDefault="00000000">
            <w:pPr>
              <w:spacing w:after="0"/>
            </w:pPr>
            <w:r>
              <w:rPr>
                <w:sz w:val="18"/>
              </w:rPr>
              <w:t>Nombre</w:t>
            </w:r>
          </w:p>
        </w:tc>
        <w:tc>
          <w:tcPr>
            <w:tcW w:w="2635" w:type="dxa"/>
            <w:vAlign w:val="center"/>
          </w:tcPr>
          <w:p w14:paraId="02EB11FC" w14:textId="77777777" w:rsidR="00E33A55" w:rsidRDefault="00000000">
            <w:pPr>
              <w:spacing w:after="0"/>
            </w:pPr>
            <w:r>
              <w:rPr>
                <w:sz w:val="18"/>
              </w:rPr>
              <w:t>Grupo</w:t>
            </w:r>
          </w:p>
        </w:tc>
        <w:tc>
          <w:tcPr>
            <w:tcW w:w="2635" w:type="dxa"/>
            <w:vAlign w:val="center"/>
          </w:tcPr>
          <w:p w14:paraId="0F1DB290" w14:textId="77777777" w:rsidR="00E33A55" w:rsidRDefault="00000000">
            <w:pPr>
              <w:spacing w:after="0"/>
            </w:pPr>
            <w:r>
              <w:rPr>
                <w:sz w:val="18"/>
              </w:rPr>
              <w:t>Fecha</w:t>
            </w:r>
          </w:p>
        </w:tc>
        <w:tc>
          <w:tcPr>
            <w:tcW w:w="2635" w:type="dxa"/>
            <w:vAlign w:val="center"/>
          </w:tcPr>
          <w:p w14:paraId="0157F2C5" w14:textId="77777777" w:rsidR="00E33A55" w:rsidRDefault="00000000">
            <w:pPr>
              <w:spacing w:after="0"/>
            </w:pPr>
            <w:r>
              <w:rPr>
                <w:sz w:val="18"/>
              </w:rPr>
              <w:t>Nota</w:t>
            </w:r>
          </w:p>
        </w:tc>
      </w:tr>
      <w:tr w:rsidR="00E33A55" w14:paraId="6D9EA582" w14:textId="77777777">
        <w:trPr>
          <w:jc w:val="center"/>
        </w:trPr>
        <w:tc>
          <w:tcPr>
            <w:tcW w:w="2635" w:type="dxa"/>
            <w:vAlign w:val="center"/>
          </w:tcPr>
          <w:p w14:paraId="461F5F5A" w14:textId="77777777" w:rsidR="00E33A55" w:rsidRDefault="00E33A55">
            <w:pPr>
              <w:spacing w:after="0"/>
            </w:pPr>
          </w:p>
        </w:tc>
        <w:tc>
          <w:tcPr>
            <w:tcW w:w="2635" w:type="dxa"/>
            <w:vAlign w:val="center"/>
          </w:tcPr>
          <w:p w14:paraId="3C99DF1E" w14:textId="77777777" w:rsidR="00E33A55" w:rsidRDefault="00E33A55">
            <w:pPr>
              <w:spacing w:after="0"/>
            </w:pPr>
          </w:p>
        </w:tc>
        <w:tc>
          <w:tcPr>
            <w:tcW w:w="2635" w:type="dxa"/>
            <w:vAlign w:val="center"/>
          </w:tcPr>
          <w:p w14:paraId="761154C4" w14:textId="77777777" w:rsidR="00E33A55" w:rsidRDefault="00E33A55">
            <w:pPr>
              <w:spacing w:after="0"/>
            </w:pPr>
          </w:p>
        </w:tc>
        <w:tc>
          <w:tcPr>
            <w:tcW w:w="2635" w:type="dxa"/>
            <w:vAlign w:val="center"/>
          </w:tcPr>
          <w:p w14:paraId="11EDDF5D" w14:textId="77777777" w:rsidR="00E33A55" w:rsidRDefault="00E33A55">
            <w:pPr>
              <w:spacing w:after="0"/>
            </w:pPr>
          </w:p>
        </w:tc>
      </w:tr>
    </w:tbl>
    <w:p w14:paraId="7A406B4D" w14:textId="77777777" w:rsidR="00E33A55" w:rsidRDefault="00E33A55"/>
    <w:p w14:paraId="14616B93" w14:textId="77777777" w:rsidR="00E33A55" w:rsidRDefault="00000000">
      <w:r>
        <w:rPr>
          <w:b/>
          <w:sz w:val="24"/>
        </w:rPr>
        <w:t>Ejercicio 1 (4 puntos)</w:t>
      </w:r>
    </w:p>
    <w:p w14:paraId="7868B0F4" w14:textId="77777777" w:rsidR="00E33A55" w:rsidRDefault="00000000">
      <w:pPr>
        <w:spacing w:before="100" w:after="40"/>
      </w:pPr>
      <w:r>
        <w:rPr>
          <w:b/>
        </w:rPr>
        <w:t>Coloca y calcula</w:t>
      </w:r>
    </w:p>
    <w:p w14:paraId="63597693" w14:textId="77777777" w:rsidR="00E33A55" w:rsidRDefault="00000000">
      <w:r>
        <w:t>8170,65 + 134,5 ; 1382,7 - 297,31 ; 76,25 x 4,6 ; 64182 : 25</w:t>
      </w:r>
    </w:p>
    <w:p w14:paraId="427AB3A8" w14:textId="77777777" w:rsidR="004163B6" w:rsidRDefault="004163B6"/>
    <w:p w14:paraId="720F794D" w14:textId="77777777" w:rsidR="004163B6" w:rsidRDefault="004163B6"/>
    <w:p w14:paraId="58F4B318" w14:textId="77777777" w:rsidR="004163B6" w:rsidRDefault="004163B6"/>
    <w:p w14:paraId="6F49495E" w14:textId="77777777" w:rsidR="004163B6" w:rsidRDefault="004163B6"/>
    <w:p w14:paraId="69969508" w14:textId="77777777" w:rsidR="004163B6" w:rsidRDefault="004163B6"/>
    <w:p w14:paraId="46FF3F40" w14:textId="77777777" w:rsidR="004163B6" w:rsidRDefault="004163B6"/>
    <w:p w14:paraId="7A640B71" w14:textId="77777777" w:rsidR="004163B6" w:rsidRDefault="004163B6"/>
    <w:p w14:paraId="11891504" w14:textId="77777777" w:rsidR="004163B6" w:rsidRDefault="004163B6"/>
    <w:p w14:paraId="27BB9150" w14:textId="6B17F7C4" w:rsidR="00E33A55" w:rsidRDefault="00000000">
      <w:proofErr w:type="spellStart"/>
      <w:r>
        <w:rPr>
          <w:b/>
          <w:sz w:val="24"/>
        </w:rPr>
        <w:t>Ejercicio</w:t>
      </w:r>
      <w:proofErr w:type="spellEnd"/>
      <w:r>
        <w:rPr>
          <w:b/>
          <w:sz w:val="24"/>
        </w:rPr>
        <w:t xml:space="preserve"> 2 (4 puntos)</w:t>
      </w:r>
    </w:p>
    <w:p w14:paraId="61C26E66" w14:textId="77777777" w:rsidR="00E33A55" w:rsidRDefault="00000000">
      <w:pPr>
        <w:spacing w:before="100" w:after="40"/>
        <w:rPr>
          <w:b/>
        </w:rPr>
      </w:pPr>
      <w:proofErr w:type="spellStart"/>
      <w:r>
        <w:rPr>
          <w:b/>
        </w:rPr>
        <w:t>Convierte</w:t>
      </w:r>
      <w:proofErr w:type="spellEnd"/>
    </w:p>
    <w:p w14:paraId="0AC62847" w14:textId="77777777" w:rsidR="004163B6" w:rsidRDefault="004163B6">
      <w:pPr>
        <w:spacing w:before="100" w:after="40"/>
      </w:pPr>
    </w:p>
    <w:p w14:paraId="7B121734" w14:textId="7E81BB5B" w:rsidR="00E33A55" w:rsidRDefault="00000000">
      <w:pPr>
        <w:pStyle w:val="Listaconvietas"/>
      </w:pPr>
      <w:r>
        <w:t>27 hm 19 dam = ...</w:t>
      </w:r>
      <w:r w:rsidR="004163B6">
        <w:t>................</w:t>
      </w:r>
      <w:r>
        <w:t>....... m</w:t>
      </w:r>
    </w:p>
    <w:p w14:paraId="01F2733E" w14:textId="77777777" w:rsidR="004163B6" w:rsidRDefault="004163B6" w:rsidP="004163B6">
      <w:pPr>
        <w:pStyle w:val="Listaconvietas"/>
        <w:numPr>
          <w:ilvl w:val="0"/>
          <w:numId w:val="0"/>
        </w:numPr>
        <w:ind w:left="360"/>
      </w:pPr>
    </w:p>
    <w:p w14:paraId="00112DD1" w14:textId="173DF606" w:rsidR="00E33A55" w:rsidRDefault="00000000">
      <w:pPr>
        <w:pStyle w:val="Listaconvietas"/>
      </w:pPr>
      <w:r>
        <w:t>86,25 m = .....</w:t>
      </w:r>
      <w:r w:rsidR="004163B6">
        <w:t>.........................</w:t>
      </w:r>
      <w:r>
        <w:t>..... mm</w:t>
      </w:r>
    </w:p>
    <w:p w14:paraId="0A435431" w14:textId="77777777" w:rsidR="004163B6" w:rsidRDefault="004163B6" w:rsidP="004163B6">
      <w:pPr>
        <w:pStyle w:val="Listaconvietas"/>
        <w:numPr>
          <w:ilvl w:val="0"/>
          <w:numId w:val="0"/>
        </w:numPr>
        <w:ind w:left="360"/>
      </w:pPr>
    </w:p>
    <w:p w14:paraId="2E174B39" w14:textId="53086089" w:rsidR="00E33A55" w:rsidRDefault="00000000">
      <w:pPr>
        <w:pStyle w:val="Listaconvietas"/>
      </w:pPr>
      <w:r>
        <w:t>65,2 dag 30 dg = ...</w:t>
      </w:r>
      <w:r w:rsidR="004163B6">
        <w:t>...............</w:t>
      </w:r>
      <w:r>
        <w:t>....... cg</w:t>
      </w:r>
    </w:p>
    <w:p w14:paraId="4F87AA84" w14:textId="77777777" w:rsidR="004163B6" w:rsidRDefault="004163B6" w:rsidP="004163B6">
      <w:pPr>
        <w:pStyle w:val="Listaconvietas"/>
        <w:numPr>
          <w:ilvl w:val="0"/>
          <w:numId w:val="0"/>
        </w:numPr>
      </w:pPr>
    </w:p>
    <w:p w14:paraId="4EAD8833" w14:textId="18904A9E" w:rsidR="00E33A55" w:rsidRDefault="00000000">
      <w:pPr>
        <w:pStyle w:val="Listaconvietas"/>
      </w:pPr>
      <w:r>
        <w:t xml:space="preserve">5 kg 6 hg = </w:t>
      </w:r>
      <w:r w:rsidR="004163B6">
        <w:t>…………………….</w:t>
      </w:r>
      <w:r>
        <w:t>........ g</w:t>
      </w:r>
    </w:p>
    <w:p w14:paraId="5E15A39B" w14:textId="77777777" w:rsidR="004163B6" w:rsidRDefault="004163B6" w:rsidP="004163B6">
      <w:pPr>
        <w:pStyle w:val="Listaconvietas"/>
        <w:numPr>
          <w:ilvl w:val="0"/>
          <w:numId w:val="0"/>
        </w:numPr>
        <w:ind w:left="360"/>
      </w:pPr>
    </w:p>
    <w:p w14:paraId="724EE05F" w14:textId="77777777" w:rsidR="00E33A55" w:rsidRDefault="00000000">
      <w:r>
        <w:rPr>
          <w:b/>
          <w:sz w:val="24"/>
        </w:rPr>
        <w:t>Ejercicio 3 (3 puntos)</w:t>
      </w:r>
    </w:p>
    <w:p w14:paraId="5702802A" w14:textId="77777777" w:rsidR="00E33A55" w:rsidRDefault="00000000">
      <w:pPr>
        <w:pStyle w:val="Listaconvietas"/>
      </w:pPr>
      <w:r>
        <w:t>Escribe los divisores de 18.</w:t>
      </w:r>
    </w:p>
    <w:p w14:paraId="15FBBB94" w14:textId="77777777" w:rsidR="00E33A55" w:rsidRDefault="00000000">
      <w:pPr>
        <w:pStyle w:val="Listaconvietas"/>
      </w:pPr>
      <w:r>
        <w:t>Escribe los divisores de 24.</w:t>
      </w:r>
    </w:p>
    <w:p w14:paraId="7557DAF4" w14:textId="77777777" w:rsidR="00E33A55" w:rsidRDefault="00000000">
      <w:pPr>
        <w:pStyle w:val="Listaconvietas"/>
      </w:pPr>
      <w:r>
        <w:t>¿Cuáles son los divisores comunes de 18 y 24?</w:t>
      </w:r>
    </w:p>
    <w:p w14:paraId="65910606" w14:textId="77777777" w:rsidR="004163B6" w:rsidRDefault="004163B6"/>
    <w:p w14:paraId="48D44E11" w14:textId="77777777" w:rsidR="004163B6" w:rsidRDefault="004163B6"/>
    <w:p w14:paraId="58BFE3BA" w14:textId="77777777" w:rsidR="004163B6" w:rsidRDefault="004163B6"/>
    <w:p w14:paraId="39E60618" w14:textId="77777777" w:rsidR="004163B6" w:rsidRDefault="004163B6"/>
    <w:p w14:paraId="1E5269AE" w14:textId="54902B9D" w:rsidR="00E33A55" w:rsidRDefault="00000000">
      <w:proofErr w:type="spellStart"/>
      <w:r>
        <w:rPr>
          <w:b/>
          <w:sz w:val="24"/>
        </w:rPr>
        <w:t>Ejercicio</w:t>
      </w:r>
      <w:proofErr w:type="spellEnd"/>
      <w:r>
        <w:rPr>
          <w:b/>
          <w:sz w:val="24"/>
        </w:rPr>
        <w:t xml:space="preserve"> 4 (4 puntos)</w:t>
      </w:r>
    </w:p>
    <w:p w14:paraId="5AACFAF9" w14:textId="77777777" w:rsidR="00E33A55" w:rsidRDefault="00000000">
      <w:r>
        <w:t>El grosor de una hoja de papel es 0,00005 m.</w:t>
      </w:r>
    </w:p>
    <w:p w14:paraId="3924F63A" w14:textId="77777777" w:rsidR="00E33A55" w:rsidRDefault="00000000">
      <w:pPr>
        <w:pStyle w:val="Listaconvietas"/>
      </w:pPr>
      <w:r>
        <w:t>Calcula el grosor de un libro de 1000 hojas.</w:t>
      </w:r>
    </w:p>
    <w:p w14:paraId="5A06EBC1" w14:textId="77777777" w:rsidR="00E33A55" w:rsidRDefault="00000000">
      <w:pPr>
        <w:pStyle w:val="Listaconvietas"/>
      </w:pPr>
      <w:r>
        <w:t>Calcula la altura de 500 libros colocados unos sobre otros.</w:t>
      </w:r>
    </w:p>
    <w:p w14:paraId="224728AD" w14:textId="77777777" w:rsidR="004163B6" w:rsidRDefault="004163B6"/>
    <w:p w14:paraId="01332834" w14:textId="77777777" w:rsidR="004163B6" w:rsidRDefault="004163B6"/>
    <w:p w14:paraId="0A4951F2" w14:textId="77777777" w:rsidR="004163B6" w:rsidRDefault="004163B6"/>
    <w:p w14:paraId="644D6DAA" w14:textId="77777777" w:rsidR="004163B6" w:rsidRDefault="004163B6"/>
    <w:p w14:paraId="5FA4B7DB" w14:textId="39D966E7" w:rsidR="00E33A55" w:rsidRDefault="00000000">
      <w:proofErr w:type="spellStart"/>
      <w:r>
        <w:rPr>
          <w:b/>
          <w:sz w:val="24"/>
        </w:rPr>
        <w:t>Ejercicio</w:t>
      </w:r>
      <w:proofErr w:type="spellEnd"/>
      <w:r>
        <w:rPr>
          <w:b/>
          <w:sz w:val="24"/>
        </w:rPr>
        <w:t xml:space="preserve"> 5 (5 puntos)</w:t>
      </w:r>
    </w:p>
    <w:p w14:paraId="4D2E2BF1" w14:textId="77777777" w:rsidR="00E33A55" w:rsidRDefault="00000000">
      <w:pPr>
        <w:pStyle w:val="Listaconvietas"/>
      </w:pPr>
      <w:r>
        <w:t>Construye un triángulo ABC rectángulo en B, tal que BA = 4,5 cm y el ángulo de vértice A mide 55°.</w:t>
      </w:r>
    </w:p>
    <w:p w14:paraId="7F589F27" w14:textId="77777777" w:rsidR="00E33A55" w:rsidRDefault="00000000">
      <w:pPr>
        <w:pStyle w:val="Listaconvietas"/>
      </w:pPr>
      <w:r>
        <w:t>Deduce la medida del ángulo C.</w:t>
      </w:r>
    </w:p>
    <w:p w14:paraId="05DE9CDF" w14:textId="77777777" w:rsidR="00E33A55" w:rsidRDefault="00000000">
      <w:pPr>
        <w:pStyle w:val="Listaconvietas"/>
      </w:pPr>
      <w:r>
        <w:t>Construye dos rectas paralelas (D) y (D1).</w:t>
      </w:r>
    </w:p>
    <w:p w14:paraId="6F2DAA84" w14:textId="09750EB1" w:rsidR="00E33A55" w:rsidRDefault="00E33A55"/>
    <w:sectPr w:rsidR="00E33A55" w:rsidSect="00034616">
      <w:pgSz w:w="12240" w:h="15840"/>
      <w:pgMar w:top="794" w:right="850" w:bottom="68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6787899">
    <w:abstractNumId w:val="8"/>
  </w:num>
  <w:num w:numId="2" w16cid:durableId="2096243822">
    <w:abstractNumId w:val="6"/>
  </w:num>
  <w:num w:numId="3" w16cid:durableId="1493983243">
    <w:abstractNumId w:val="5"/>
  </w:num>
  <w:num w:numId="4" w16cid:durableId="1156461663">
    <w:abstractNumId w:val="4"/>
  </w:num>
  <w:num w:numId="5" w16cid:durableId="1008172971">
    <w:abstractNumId w:val="7"/>
  </w:num>
  <w:num w:numId="6" w16cid:durableId="100301585">
    <w:abstractNumId w:val="3"/>
  </w:num>
  <w:num w:numId="7" w16cid:durableId="1659573464">
    <w:abstractNumId w:val="2"/>
  </w:num>
  <w:num w:numId="8" w16cid:durableId="1637103957">
    <w:abstractNumId w:val="1"/>
  </w:num>
  <w:num w:numId="9" w16cid:durableId="58703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163B6"/>
    <w:rsid w:val="00AA1D8D"/>
    <w:rsid w:val="00B15343"/>
    <w:rsid w:val="00B47730"/>
    <w:rsid w:val="00CB0664"/>
    <w:rsid w:val="00E33A5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F1593C"/>
  <w14:defaultImageDpi w14:val="300"/>
  <w15:docId w15:val="{AFDC018E-AB44-4136-BE50-CB0099B21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Antonio García Paredes</cp:lastModifiedBy>
  <cp:revision>2</cp:revision>
  <dcterms:created xsi:type="dcterms:W3CDTF">2013-12-23T23:15:00Z</dcterms:created>
  <dcterms:modified xsi:type="dcterms:W3CDTF">2026-06-29T15:20:00Z</dcterms:modified>
  <cp:category/>
</cp:coreProperties>
</file>