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A6AA6" w14:textId="77777777" w:rsidR="00FB2AD2" w:rsidRDefault="00000000">
      <w:pPr>
        <w:jc w:val="center"/>
      </w:pPr>
      <w:r>
        <w:rPr>
          <w:b/>
          <w:sz w:val="28"/>
        </w:rPr>
        <w:t>Kalaa Beni Routen — Ouezzane 2013 — Enunciado</w:t>
      </w:r>
    </w:p>
    <w:p w14:paraId="7AEA0CA3" w14:textId="77777777" w:rsidR="00FB2AD2" w:rsidRDefault="00000000">
      <w:pPr>
        <w:jc w:val="center"/>
      </w:pPr>
      <w:r>
        <w:rPr>
          <w:i/>
        </w:rPr>
        <w:t>Examen local de Matemáticas — 6.º Primaria</w:t>
      </w:r>
    </w:p>
    <w:p w14:paraId="7FF3BB1A" w14:textId="77777777" w:rsidR="00FB2AD2" w:rsidRDefault="00000000">
      <w:r>
        <w:t>Nombre y apellidos: ..........................................................    Nº examen: ..........</w:t>
      </w:r>
    </w:p>
    <w:p w14:paraId="445DD83F" w14:textId="77777777" w:rsidR="00FB2AD2" w:rsidRDefault="00000000">
      <w:r>
        <w:t>Duración: 1 hora y media</w:t>
      </w:r>
    </w:p>
    <w:p w14:paraId="5F3DAFD8" w14:textId="77777777" w:rsidR="00FB2AD2" w:rsidRDefault="00000000">
      <w:r>
        <w:rPr>
          <w:b/>
          <w:sz w:val="24"/>
        </w:rPr>
        <w:t>Ejercicio 1 (4 puntos). Coloca y calcula: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FB2AD2" w14:paraId="344BF6C7" w14:textId="77777777">
        <w:trPr>
          <w:jc w:val="center"/>
        </w:trPr>
        <w:tc>
          <w:tcPr>
            <w:tcW w:w="2635" w:type="dxa"/>
            <w:vAlign w:val="center"/>
          </w:tcPr>
          <w:p w14:paraId="5C8FCBD5" w14:textId="77777777" w:rsidR="00FB2AD2" w:rsidRDefault="00000000">
            <w:r>
              <w:rPr>
                <w:b/>
              </w:rPr>
              <w:t>2864,24 + 174,5</w:t>
            </w:r>
          </w:p>
        </w:tc>
        <w:tc>
          <w:tcPr>
            <w:tcW w:w="2635" w:type="dxa"/>
            <w:vAlign w:val="center"/>
          </w:tcPr>
          <w:p w14:paraId="138B8678" w14:textId="77777777" w:rsidR="00FB2AD2" w:rsidRDefault="00000000">
            <w:r>
              <w:rPr>
                <w:b/>
              </w:rPr>
              <w:t>2058,6 - 314,12</w:t>
            </w:r>
          </w:p>
        </w:tc>
        <w:tc>
          <w:tcPr>
            <w:tcW w:w="2635" w:type="dxa"/>
            <w:vAlign w:val="center"/>
          </w:tcPr>
          <w:p w14:paraId="6AB26622" w14:textId="77777777" w:rsidR="00FB2AD2" w:rsidRDefault="00000000">
            <w:r>
              <w:rPr>
                <w:b/>
              </w:rPr>
              <w:t>56,23 x 6,4</w:t>
            </w:r>
          </w:p>
        </w:tc>
        <w:tc>
          <w:tcPr>
            <w:tcW w:w="2635" w:type="dxa"/>
            <w:vAlign w:val="center"/>
          </w:tcPr>
          <w:p w14:paraId="59051D90" w14:textId="77777777" w:rsidR="00FB2AD2" w:rsidRDefault="00000000">
            <w:r>
              <w:rPr>
                <w:b/>
              </w:rPr>
              <w:t>48102 : 24</w:t>
            </w:r>
          </w:p>
        </w:tc>
      </w:tr>
      <w:tr w:rsidR="00FB2AD2" w14:paraId="0AB5F974" w14:textId="77777777">
        <w:trPr>
          <w:jc w:val="center"/>
        </w:trPr>
        <w:tc>
          <w:tcPr>
            <w:tcW w:w="2635" w:type="dxa"/>
          </w:tcPr>
          <w:p w14:paraId="7275802D" w14:textId="77777777" w:rsidR="00FB2AD2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795B25F9" w14:textId="77777777" w:rsidR="00CA1955" w:rsidRDefault="00CA1955"/>
          <w:p w14:paraId="1F9BFFD6" w14:textId="77777777" w:rsidR="00CA1955" w:rsidRDefault="00CA1955"/>
          <w:p w14:paraId="5D0D213F" w14:textId="77777777" w:rsidR="00CA1955" w:rsidRDefault="00CA1955"/>
          <w:p w14:paraId="24C92FA0" w14:textId="77777777" w:rsidR="00CA1955" w:rsidRDefault="00CA1955"/>
          <w:p w14:paraId="6923082F" w14:textId="77777777" w:rsidR="00CA1955" w:rsidRDefault="00CA1955"/>
          <w:p w14:paraId="4C341EEC" w14:textId="77777777" w:rsidR="00CA1955" w:rsidRDefault="00CA1955"/>
          <w:p w14:paraId="55106001" w14:textId="77777777" w:rsidR="00CA1955" w:rsidRDefault="00CA1955"/>
          <w:p w14:paraId="5F15AAB7" w14:textId="77777777" w:rsidR="00CA1955" w:rsidRDefault="00CA1955"/>
          <w:p w14:paraId="70947898" w14:textId="77777777" w:rsidR="00CA1955" w:rsidRDefault="00CA1955"/>
          <w:p w14:paraId="4F9CC64F" w14:textId="77777777" w:rsidR="00CA1955" w:rsidRDefault="00CA1955"/>
          <w:p w14:paraId="18173EF4" w14:textId="77777777" w:rsidR="00CA1955" w:rsidRDefault="00CA1955"/>
          <w:p w14:paraId="22C6BF0B" w14:textId="77777777" w:rsidR="00CA1955" w:rsidRDefault="00CA1955"/>
          <w:p w14:paraId="6147057C" w14:textId="77777777" w:rsidR="00CA1955" w:rsidRDefault="00CA1955"/>
        </w:tc>
        <w:tc>
          <w:tcPr>
            <w:tcW w:w="2635" w:type="dxa"/>
          </w:tcPr>
          <w:p w14:paraId="7CAA540A" w14:textId="77777777" w:rsidR="00FB2AD2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2D66F659" w14:textId="77777777" w:rsidR="00FB2AD2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620591C4" w14:textId="77777777" w:rsidR="00FB2AD2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22F842D" w14:textId="77777777" w:rsidR="00FB2AD2" w:rsidRDefault="00000000">
      <w:r>
        <w:rPr>
          <w:b/>
          <w:sz w:val="24"/>
        </w:rPr>
        <w:t>Ejercicio 2 (4 puntos). Convierte:</w:t>
      </w:r>
    </w:p>
    <w:p w14:paraId="73EE6C31" w14:textId="664A0B5B" w:rsidR="00FB2AD2" w:rsidRDefault="00000000">
      <w:r>
        <w:t>13 km 25 dam = ......</w:t>
      </w:r>
      <w:r w:rsidR="00CA1955">
        <w:t>............</w:t>
      </w:r>
      <w:r>
        <w:t>...</w:t>
      </w:r>
      <w:r w:rsidR="00CA1955">
        <w:t>...</w:t>
      </w:r>
      <w:r>
        <w:t>............ m</w:t>
      </w:r>
    </w:p>
    <w:p w14:paraId="1CB97656" w14:textId="2D78A18B" w:rsidR="00FB2AD2" w:rsidRDefault="00000000">
      <w:r>
        <w:t>56,13 m = ..............</w:t>
      </w:r>
      <w:r w:rsidR="00CA1955">
        <w:t>.......................</w:t>
      </w:r>
      <w:r>
        <w:t>....... cm</w:t>
      </w:r>
    </w:p>
    <w:p w14:paraId="11FD8641" w14:textId="2EA7C301" w:rsidR="00FB2AD2" w:rsidRDefault="00000000">
      <w:r>
        <w:t>23,7 dag 42 dg = ..........</w:t>
      </w:r>
      <w:r w:rsidR="00CA1955">
        <w:t>.............</w:t>
      </w:r>
      <w:r>
        <w:t>........... cg</w:t>
      </w:r>
    </w:p>
    <w:p w14:paraId="46142A41" w14:textId="66F9E36C" w:rsidR="00FB2AD2" w:rsidRDefault="00000000">
      <w:r>
        <w:t>8 kg 5 hg = ............</w:t>
      </w:r>
      <w:r w:rsidR="00CA1955">
        <w:t>.......................</w:t>
      </w:r>
      <w:r>
        <w:t>......... g</w:t>
      </w:r>
    </w:p>
    <w:p w14:paraId="0EA5D3C3" w14:textId="77777777" w:rsidR="00FB2AD2" w:rsidRDefault="00000000">
      <w:r>
        <w:rPr>
          <w:b/>
          <w:sz w:val="24"/>
        </w:rPr>
        <w:t>Ejercicio 3 (3 puntos).</w:t>
      </w:r>
    </w:p>
    <w:p w14:paraId="0AB992A5" w14:textId="77777777" w:rsidR="00FB2AD2" w:rsidRDefault="00000000">
      <w:r>
        <w:t>a) Escribe los divisores de 24.</w:t>
      </w:r>
    </w:p>
    <w:p w14:paraId="0C3B7D44" w14:textId="41A299DF" w:rsidR="00FB2AD2" w:rsidRDefault="00FB2AD2"/>
    <w:p w14:paraId="108016BA" w14:textId="77777777" w:rsidR="00CA1955" w:rsidRDefault="00CA1955"/>
    <w:p w14:paraId="61414B74" w14:textId="77777777" w:rsidR="00FB2AD2" w:rsidRDefault="00000000">
      <w:r>
        <w:t>b) Escribe los divisores de 30.</w:t>
      </w:r>
    </w:p>
    <w:p w14:paraId="20F8925C" w14:textId="1CF4A834" w:rsidR="00FB2AD2" w:rsidRDefault="00FB2AD2"/>
    <w:p w14:paraId="2FE21B83" w14:textId="77777777" w:rsidR="00CA1955" w:rsidRDefault="00CA1955"/>
    <w:p w14:paraId="376F82A0" w14:textId="77777777" w:rsidR="00CA1955" w:rsidRDefault="00CA1955"/>
    <w:p w14:paraId="7B139881" w14:textId="77777777" w:rsidR="00FB2AD2" w:rsidRDefault="00000000">
      <w:r>
        <w:t>c) ¿Cuáles son los divisores comunes de 24 y 30?</w:t>
      </w:r>
    </w:p>
    <w:p w14:paraId="72044241" w14:textId="77777777" w:rsidR="00CA1955" w:rsidRDefault="00CA1955"/>
    <w:p w14:paraId="40FE79D7" w14:textId="10463FA4" w:rsidR="00FB2AD2" w:rsidRDefault="00000000">
      <w:proofErr w:type="spellStart"/>
      <w:r>
        <w:rPr>
          <w:b/>
          <w:sz w:val="24"/>
        </w:rPr>
        <w:t>Ejercicio</w:t>
      </w:r>
      <w:proofErr w:type="spellEnd"/>
      <w:r>
        <w:rPr>
          <w:b/>
          <w:sz w:val="24"/>
        </w:rPr>
        <w:t xml:space="preserve"> 4 (4 puntos).</w:t>
      </w:r>
    </w:p>
    <w:p w14:paraId="7D950D9C" w14:textId="77777777" w:rsidR="00FB2AD2" w:rsidRDefault="00000000">
      <w:r>
        <w:t>Un ciclista salió de Bab Jghmar hacia Ouezzane, que está a 35 km, y se detuvo para descansar después de recorrer 16,5 km.</w:t>
      </w:r>
    </w:p>
    <w:p w14:paraId="5A381813" w14:textId="77777777" w:rsidR="00FB2AD2" w:rsidRDefault="00000000">
      <w:r>
        <w:t>1) ¿Qué distancia le queda para llegar a Ouezzane? (2 puntos)</w:t>
      </w:r>
    </w:p>
    <w:p w14:paraId="469C6C34" w14:textId="77777777" w:rsidR="00CA1955" w:rsidRDefault="00CA1955"/>
    <w:p w14:paraId="037BCCE0" w14:textId="77777777" w:rsidR="00CA1955" w:rsidRDefault="00CA1955"/>
    <w:p w14:paraId="2F5097F4" w14:textId="77777777" w:rsidR="00CA1955" w:rsidRDefault="00CA1955"/>
    <w:p w14:paraId="20065791" w14:textId="77777777" w:rsidR="00CA1955" w:rsidRDefault="00CA1955"/>
    <w:p w14:paraId="62F4277D" w14:textId="77777777" w:rsidR="00CA1955" w:rsidRDefault="00CA1955"/>
    <w:p w14:paraId="603BA1FF" w14:textId="41E241E2" w:rsidR="00FB2AD2" w:rsidRDefault="00000000">
      <w:r>
        <w:t xml:space="preserve">2) ¿A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distancia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el lugar donde se detuvo del punto medio del camino? (2 puntos)</w:t>
      </w:r>
    </w:p>
    <w:p w14:paraId="4FF2A545" w14:textId="77777777" w:rsidR="00CA1955" w:rsidRDefault="00CA1955"/>
    <w:p w14:paraId="684A105D" w14:textId="77777777" w:rsidR="00CA1955" w:rsidRDefault="00CA1955"/>
    <w:p w14:paraId="7280692F" w14:textId="77777777" w:rsidR="00CA1955" w:rsidRDefault="00CA1955"/>
    <w:p w14:paraId="752DF2FD" w14:textId="77777777" w:rsidR="00CA1955" w:rsidRDefault="00CA1955"/>
    <w:p w14:paraId="024079F2" w14:textId="77777777" w:rsidR="00CA1955" w:rsidRDefault="00CA1955"/>
    <w:p w14:paraId="2E6E3836" w14:textId="7ECFBADC" w:rsidR="00FB2AD2" w:rsidRDefault="00000000">
      <w:proofErr w:type="spellStart"/>
      <w:r>
        <w:rPr>
          <w:b/>
          <w:sz w:val="24"/>
        </w:rPr>
        <w:t>Ejercicio</w:t>
      </w:r>
      <w:proofErr w:type="spellEnd"/>
      <w:r>
        <w:rPr>
          <w:b/>
          <w:sz w:val="24"/>
        </w:rPr>
        <w:t xml:space="preserve"> 5 (5 puntos).</w:t>
      </w:r>
    </w:p>
    <w:p w14:paraId="556F46FC" w14:textId="77777777" w:rsidR="00FB2AD2" w:rsidRDefault="00000000">
      <w:r>
        <w:t>1) Construye un triángulo ABC rectángulo en B, con BC = 3,5 cm y el ángulo con vértice C igual a 50°. (3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FB2AD2" w14:paraId="73A7F458" w14:textId="77777777">
        <w:trPr>
          <w:jc w:val="center"/>
        </w:trPr>
        <w:tc>
          <w:tcPr>
            <w:tcW w:w="10540" w:type="dxa"/>
          </w:tcPr>
          <w:p w14:paraId="097408A3" w14:textId="77777777" w:rsidR="00FB2AD2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0B405F21" w14:textId="77777777" w:rsidR="00CA1955" w:rsidRDefault="00CA1955"/>
          <w:p w14:paraId="49FE428F" w14:textId="77777777" w:rsidR="00CA1955" w:rsidRDefault="00CA1955"/>
          <w:p w14:paraId="1C565F1B" w14:textId="77777777" w:rsidR="00CA1955" w:rsidRDefault="00CA1955"/>
          <w:p w14:paraId="29030372" w14:textId="77777777" w:rsidR="00CA1955" w:rsidRDefault="00CA1955"/>
        </w:tc>
      </w:tr>
    </w:tbl>
    <w:p w14:paraId="0D55BC33" w14:textId="77777777" w:rsidR="00FB2AD2" w:rsidRDefault="00000000">
      <w:r>
        <w:t>2) Deduce la medida del ángulo con vértice A. (2 puntos)</w:t>
      </w:r>
    </w:p>
    <w:p w14:paraId="018354D3" w14:textId="4B9BC365" w:rsidR="00FB2AD2" w:rsidRDefault="00FB2AD2"/>
    <w:p w14:paraId="775B1E87" w14:textId="77777777" w:rsidR="00CA1955" w:rsidRDefault="00CA1955"/>
    <w:p w14:paraId="43395898" w14:textId="77777777" w:rsidR="00CA1955" w:rsidRDefault="00CA1955"/>
    <w:sectPr w:rsidR="00CA1955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0494192">
    <w:abstractNumId w:val="8"/>
  </w:num>
  <w:num w:numId="2" w16cid:durableId="1256136847">
    <w:abstractNumId w:val="6"/>
  </w:num>
  <w:num w:numId="3" w16cid:durableId="31150034">
    <w:abstractNumId w:val="5"/>
  </w:num>
  <w:num w:numId="4" w16cid:durableId="1413117148">
    <w:abstractNumId w:val="4"/>
  </w:num>
  <w:num w:numId="5" w16cid:durableId="149641679">
    <w:abstractNumId w:val="7"/>
  </w:num>
  <w:num w:numId="6" w16cid:durableId="547454395">
    <w:abstractNumId w:val="3"/>
  </w:num>
  <w:num w:numId="7" w16cid:durableId="486555887">
    <w:abstractNumId w:val="2"/>
  </w:num>
  <w:num w:numId="8" w16cid:durableId="1879507733">
    <w:abstractNumId w:val="1"/>
  </w:num>
  <w:num w:numId="9" w16cid:durableId="144017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A1955"/>
    <w:rsid w:val="00CB0664"/>
    <w:rsid w:val="00D7174B"/>
    <w:rsid w:val="00FB2A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D1D7B"/>
  <w14:defaultImageDpi w14:val="300"/>
  <w15:docId w15:val="{99812B81-AA47-4334-994D-90D71988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2026-06-29T15:45:00Z</dcterms:modified>
  <cp:category/>
</cp:coreProperties>
</file>