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Kalaa Beni Routen — Ouezzane 2015 — Corrección</w:t>
      </w:r>
    </w:p>
    <w:p>
      <w:pPr>
        <w:jc w:val="center"/>
      </w:pPr>
      <w:r>
        <w:rPr>
          <w:i/>
          <w:sz w:val="20"/>
        </w:rPr>
        <w:t>Examen local de Matemáticas — 6.º Primaria</w:t>
      </w:r>
    </w:p>
    <w:p>
      <w:pPr/>
      <w:r>
        <w:t>Nombre y apellidos: ..........................................................    Nº examen: ..........</w:t>
      </w:r>
    </w:p>
    <w:p>
      <w:pPr/>
      <w:r>
        <w:t>Duración: 1 hora y media</w:t>
      </w:r>
    </w:p>
    <w:p>
      <w:r>
        <w:rPr>
          <w:b/>
          <w:sz w:val="24"/>
        </w:rPr>
        <w:t>Actividades numéricas</w:t>
      </w:r>
    </w:p>
    <w:p>
      <w:r>
        <w:t>8798,1 + 398,44 = 9196,54</w:t>
      </w:r>
    </w:p>
    <w:p>
      <w:r>
        <w:t>899 - 388,17 = 510,83</w:t>
      </w:r>
    </w:p>
    <w:p>
      <w:r>
        <w:t>49,2 x 6,3 = 309,96</w:t>
      </w:r>
    </w:p>
    <w:p>
      <w:r>
        <w:t>Cociente decimal de 5487 entre 33 aproximado a 0,1: por defecto 166,2; por exceso 166,3.</w:t>
      </w:r>
    </w:p>
    <w:p>
      <w:r>
        <w:t>Divisores comunes de 12 y 14: 1 y 2.</w:t>
      </w:r>
    </w:p>
    <w:p>
      <w:r>
        <w:t>Orden decreciente: 50,5 &gt; 5,55 &gt; 5,505 &gt; 5,5 &gt; 5,055 &gt; 5,05.</w:t>
      </w:r>
    </w:p>
    <w:p>
      <w:r>
        <w:rPr>
          <w:b/>
          <w:sz w:val="24"/>
        </w:rPr>
        <w:t>Medida</w:t>
      </w:r>
    </w:p>
    <w:p>
      <w:r>
        <w:t>88,19 dam = 0,8819 km</w:t>
      </w:r>
    </w:p>
    <w:p>
      <w:r>
        <w:t>51,65 hm = 51650 dm</w:t>
      </w:r>
    </w:p>
    <w:p>
      <w:r>
        <w:t>50,67 a = 0,5067 hm²</w:t>
      </w:r>
    </w:p>
    <w:p>
      <w:r>
        <w:t>103 hm² 28,9 dam² = 10328,9 dam²</w:t>
      </w:r>
    </w:p>
    <w:p>
      <w:r>
        <w:rPr>
          <w:b/>
          <w:sz w:val="24"/>
        </w:rPr>
        <w:t>Problema</w:t>
      </w:r>
    </w:p>
    <w:p>
      <w:r>
        <w:t>Importe total: 1230 x 7 = 8610 DH.</w:t>
      </w:r>
    </w:p>
    <w:p>
      <w:r>
        <w:t>Material comprado: (8610 : 3) x 2 = 5740 DH.</w:t>
      </w:r>
    </w:p>
    <w:p>
      <w:r>
        <w:t>Dinero restante: 8610 - 5740 = 2870 DH.</w:t>
      </w:r>
    </w:p>
    <w:p>
      <w:r>
        <w:rPr>
          <w:b/>
          <w:sz w:val="24"/>
        </w:rPr>
        <w:t>Geometría</w:t>
      </w:r>
    </w:p>
    <w:p>
      <w:r>
        <w:t>Se acepta el dibujo correcto del triángulo.</w:t>
      </w:r>
    </w:p>
    <w:p>
      <w:r>
        <w:t>Ángulo C = 180° - (90° + 50°) = 40°.</w:t>
      </w:r>
    </w:p>
    <w:p>
      <w:r>
        <w:t>Se acepta el dibujo correcto de la circunferencia.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