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AF70D" w14:textId="77777777" w:rsidR="009540E0" w:rsidRDefault="00000000">
      <w:pPr>
        <w:jc w:val="center"/>
      </w:pPr>
      <w:r>
        <w:rPr>
          <w:b/>
          <w:sz w:val="28"/>
        </w:rPr>
        <w:t>Kalaa Beni Routen — Ouezzane 2015 — Enunciado</w:t>
      </w:r>
    </w:p>
    <w:p w14:paraId="1FE4A469" w14:textId="77777777" w:rsidR="009540E0" w:rsidRDefault="00000000">
      <w:pPr>
        <w:jc w:val="center"/>
      </w:pPr>
      <w:r>
        <w:rPr>
          <w:i/>
        </w:rPr>
        <w:t>Examen local de Matemáticas — 6.º Primaria</w:t>
      </w:r>
    </w:p>
    <w:p w14:paraId="21841F32" w14:textId="77777777" w:rsidR="009540E0" w:rsidRDefault="00000000">
      <w:r>
        <w:t>Nombre y apellidos: ..........................................................    Nº examen: ..........</w:t>
      </w:r>
    </w:p>
    <w:p w14:paraId="64AD8CD7" w14:textId="77777777" w:rsidR="009540E0" w:rsidRDefault="00000000">
      <w:r>
        <w:t>Duración: 1 hora y media</w:t>
      </w:r>
    </w:p>
    <w:p w14:paraId="7100FF7A" w14:textId="77777777" w:rsidR="009540E0" w:rsidRDefault="00000000">
      <w:r>
        <w:rPr>
          <w:b/>
          <w:sz w:val="24"/>
        </w:rPr>
        <w:t>Primero: actividades numéricas (8 puntos)</w:t>
      </w:r>
    </w:p>
    <w:p w14:paraId="4E55D053" w14:textId="77777777" w:rsidR="009540E0" w:rsidRDefault="00000000">
      <w:r>
        <w:t>1) Coloca y calcula: (3 puntos)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9540E0" w14:paraId="03EB1E28" w14:textId="77777777">
        <w:trPr>
          <w:jc w:val="center"/>
        </w:trPr>
        <w:tc>
          <w:tcPr>
            <w:tcW w:w="3513" w:type="dxa"/>
            <w:vAlign w:val="center"/>
          </w:tcPr>
          <w:p w14:paraId="4D25D44C" w14:textId="77777777" w:rsidR="009540E0" w:rsidRDefault="00000000">
            <w:r>
              <w:rPr>
                <w:b/>
              </w:rPr>
              <w:t>8798,1 + 398,44</w:t>
            </w:r>
          </w:p>
        </w:tc>
        <w:tc>
          <w:tcPr>
            <w:tcW w:w="3513" w:type="dxa"/>
            <w:vAlign w:val="center"/>
          </w:tcPr>
          <w:p w14:paraId="3F4E40C6" w14:textId="77777777" w:rsidR="009540E0" w:rsidRDefault="00000000">
            <w:r>
              <w:rPr>
                <w:b/>
              </w:rPr>
              <w:t>899 - 388,17</w:t>
            </w:r>
          </w:p>
        </w:tc>
        <w:tc>
          <w:tcPr>
            <w:tcW w:w="3513" w:type="dxa"/>
            <w:vAlign w:val="center"/>
          </w:tcPr>
          <w:p w14:paraId="3817CB9D" w14:textId="77777777" w:rsidR="009540E0" w:rsidRDefault="00000000">
            <w:r>
              <w:rPr>
                <w:b/>
              </w:rPr>
              <w:t>49,2 x 6,3</w:t>
            </w:r>
          </w:p>
        </w:tc>
      </w:tr>
      <w:tr w:rsidR="009540E0" w14:paraId="40AEDAD4" w14:textId="77777777">
        <w:trPr>
          <w:jc w:val="center"/>
        </w:trPr>
        <w:tc>
          <w:tcPr>
            <w:tcW w:w="3513" w:type="dxa"/>
          </w:tcPr>
          <w:p w14:paraId="32524F4D" w14:textId="77777777" w:rsidR="00CB34DB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45714BFD" w14:textId="77777777" w:rsidR="00CB34DB" w:rsidRDefault="00CB34DB"/>
          <w:p w14:paraId="27AB1139" w14:textId="77777777" w:rsidR="00CB34DB" w:rsidRDefault="00CB34DB"/>
          <w:p w14:paraId="3A3E4BD7" w14:textId="77777777" w:rsidR="00CB34DB" w:rsidRDefault="00CB34DB"/>
          <w:p w14:paraId="57139475" w14:textId="77777777" w:rsidR="00CB34DB" w:rsidRDefault="00CB34DB"/>
          <w:p w14:paraId="3849F003" w14:textId="77777777" w:rsidR="00CB34DB" w:rsidRDefault="00CB34DB"/>
          <w:p w14:paraId="40458B3D" w14:textId="77777777" w:rsidR="00CB34DB" w:rsidRDefault="00CB34DB"/>
          <w:p w14:paraId="36791762" w14:textId="77777777" w:rsidR="00CB34DB" w:rsidRDefault="00CB34DB"/>
          <w:p w14:paraId="5D911F96" w14:textId="77777777" w:rsidR="00CB34DB" w:rsidRDefault="00CB34DB"/>
          <w:p w14:paraId="714CA8C6" w14:textId="77777777" w:rsidR="00CB34DB" w:rsidRDefault="00CB34DB"/>
          <w:p w14:paraId="308C798E" w14:textId="77777777" w:rsidR="00CB34DB" w:rsidRDefault="00CB34DB"/>
          <w:p w14:paraId="6DF08905" w14:textId="24F39AF5" w:rsidR="009540E0" w:rsidRDefault="00000000">
            <w:r>
              <w:br/>
            </w:r>
            <w:r>
              <w:br/>
            </w:r>
            <w:r>
              <w:br/>
            </w:r>
          </w:p>
        </w:tc>
        <w:tc>
          <w:tcPr>
            <w:tcW w:w="3513" w:type="dxa"/>
          </w:tcPr>
          <w:p w14:paraId="3FC57044" w14:textId="77777777" w:rsidR="009540E0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3513" w:type="dxa"/>
          </w:tcPr>
          <w:p w14:paraId="1470A677" w14:textId="77777777" w:rsidR="009540E0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0F0DC851" w14:textId="77777777" w:rsidR="009540E0" w:rsidRDefault="00000000">
      <w:r>
        <w:t>2) Da el cociente decimal aproximado a 0,1 del número 5487 dividido entre 33, por defecto y por exceso. (2 puntos)</w:t>
      </w:r>
    </w:p>
    <w:p w14:paraId="1DCD7607" w14:textId="77777777" w:rsidR="00CB34DB" w:rsidRDefault="00CB34DB"/>
    <w:p w14:paraId="1CC7B74A" w14:textId="77777777" w:rsidR="00CB34DB" w:rsidRDefault="00CB34DB"/>
    <w:p w14:paraId="10091C10" w14:textId="77777777" w:rsidR="00CB34DB" w:rsidRDefault="00CB34DB"/>
    <w:p w14:paraId="60344F8A" w14:textId="77777777" w:rsidR="00CB34DB" w:rsidRDefault="00CB34DB"/>
    <w:p w14:paraId="0A3F2394" w14:textId="77777777" w:rsidR="00CB34DB" w:rsidRDefault="00CB34DB"/>
    <w:p w14:paraId="6AF0046A" w14:textId="77777777" w:rsidR="00CB34DB" w:rsidRDefault="00CB34DB"/>
    <w:p w14:paraId="44D7586B" w14:textId="3344A162" w:rsidR="009540E0" w:rsidRDefault="00000000">
      <w:r>
        <w:t xml:space="preserve">3) Da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divisores</w:t>
      </w:r>
      <w:proofErr w:type="spellEnd"/>
      <w:r>
        <w:t xml:space="preserve"> </w:t>
      </w:r>
      <w:proofErr w:type="spellStart"/>
      <w:r>
        <w:t>comunes</w:t>
      </w:r>
      <w:proofErr w:type="spellEnd"/>
      <w:r>
        <w:t xml:space="preserve"> de 18 y 42. (1 punto)</w:t>
      </w:r>
    </w:p>
    <w:p w14:paraId="1467CC07" w14:textId="1F3DB4D2" w:rsidR="009540E0" w:rsidRDefault="009540E0"/>
    <w:p w14:paraId="699AC7A0" w14:textId="77777777" w:rsidR="00CB34DB" w:rsidRDefault="00CB34DB"/>
    <w:p w14:paraId="17EE148D" w14:textId="77777777" w:rsidR="00CB34DB" w:rsidRDefault="00CB34DB"/>
    <w:p w14:paraId="7850490A" w14:textId="77777777" w:rsidR="00CB34DB" w:rsidRDefault="00CB34DB"/>
    <w:p w14:paraId="6D0AE322" w14:textId="77777777" w:rsidR="009540E0" w:rsidRDefault="00000000">
      <w:r>
        <w:t>4) Ordena los números siguientes en orden decreciente: (2 puntos)</w:t>
      </w:r>
    </w:p>
    <w:p w14:paraId="55B89134" w14:textId="77777777" w:rsidR="009540E0" w:rsidRDefault="00000000">
      <w:r>
        <w:t>5,5 ; 5,05 ; 50,5 ; 5,55 ; 5,055 ; 5,505</w:t>
      </w:r>
    </w:p>
    <w:p w14:paraId="48452DFE" w14:textId="77777777" w:rsidR="00CB34DB" w:rsidRDefault="00CB34DB"/>
    <w:p w14:paraId="40BB12D5" w14:textId="3B0EF7CC" w:rsidR="009540E0" w:rsidRDefault="00000000">
      <w:r>
        <w:rPr>
          <w:b/>
          <w:sz w:val="24"/>
        </w:rPr>
        <w:lastRenderedPageBreak/>
        <w:t xml:space="preserve">Segundo: </w:t>
      </w:r>
      <w:proofErr w:type="spellStart"/>
      <w:r>
        <w:rPr>
          <w:b/>
          <w:sz w:val="24"/>
        </w:rPr>
        <w:t>actividades</w:t>
      </w:r>
      <w:proofErr w:type="spellEnd"/>
      <w:r>
        <w:rPr>
          <w:b/>
          <w:sz w:val="24"/>
        </w:rPr>
        <w:t xml:space="preserve"> de </w:t>
      </w:r>
      <w:proofErr w:type="spellStart"/>
      <w:r>
        <w:rPr>
          <w:b/>
          <w:sz w:val="24"/>
        </w:rPr>
        <w:t>medida</w:t>
      </w:r>
      <w:proofErr w:type="spellEnd"/>
      <w:r>
        <w:rPr>
          <w:b/>
          <w:sz w:val="24"/>
        </w:rPr>
        <w:t xml:space="preserve"> (4 puntos)</w:t>
      </w:r>
    </w:p>
    <w:p w14:paraId="63CE47B9" w14:textId="38FA8D32" w:rsidR="009540E0" w:rsidRDefault="00000000">
      <w:r>
        <w:t xml:space="preserve">88,19 </w:t>
      </w:r>
      <w:proofErr w:type="gramStart"/>
      <w:r>
        <w:t>dam</w:t>
      </w:r>
      <w:proofErr w:type="gramEnd"/>
      <w:r>
        <w:t xml:space="preserve"> = .....</w:t>
      </w:r>
      <w:r w:rsidR="00CB34DB">
        <w:t>.................................</w:t>
      </w:r>
      <w:r>
        <w:t>................ km</w:t>
      </w:r>
    </w:p>
    <w:p w14:paraId="7BA275F2" w14:textId="3EE70355" w:rsidR="009540E0" w:rsidRDefault="00000000">
      <w:r>
        <w:t xml:space="preserve">51,65 hm = </w:t>
      </w:r>
      <w:r w:rsidR="00CB34DB">
        <w:t>………………………….</w:t>
      </w:r>
      <w:r>
        <w:t>.................... dm</w:t>
      </w:r>
    </w:p>
    <w:p w14:paraId="2293BAC7" w14:textId="5F625F56" w:rsidR="009540E0" w:rsidRDefault="00000000">
      <w:r>
        <w:t>50,67 a = ......</w:t>
      </w:r>
      <w:r w:rsidR="00CB34DB">
        <w:t>..........................................</w:t>
      </w:r>
      <w:r>
        <w:t>............... hm²</w:t>
      </w:r>
    </w:p>
    <w:p w14:paraId="1871337F" w14:textId="510B2994" w:rsidR="009540E0" w:rsidRDefault="00000000">
      <w:r>
        <w:t>103 hm² 28,9 dam² = ...........</w:t>
      </w:r>
      <w:r w:rsidR="00CB34DB">
        <w:t>........................</w:t>
      </w:r>
      <w:r>
        <w:t>.......... dam²</w:t>
      </w:r>
    </w:p>
    <w:p w14:paraId="49D14263" w14:textId="77777777" w:rsidR="009540E0" w:rsidRDefault="00000000">
      <w:r>
        <w:rPr>
          <w:b/>
          <w:sz w:val="24"/>
        </w:rPr>
        <w:t>Tercero: problema (3 puntos)</w:t>
      </w:r>
    </w:p>
    <w:p w14:paraId="7BECB317" w14:textId="77777777" w:rsidR="009540E0" w:rsidRDefault="00000000">
      <w:r>
        <w:t>Un agricultor vendió 7 carneros a 1230 DH cada uno. Si compró material para la casa con 2/3 del dinero obtenido, calcula en dirhams la cantidad que le quedó.</w:t>
      </w:r>
    </w:p>
    <w:p w14:paraId="617D9795" w14:textId="77777777" w:rsidR="00CB34DB" w:rsidRDefault="00CB34DB"/>
    <w:p w14:paraId="21752D73" w14:textId="77777777" w:rsidR="00CB34DB" w:rsidRDefault="00CB34DB"/>
    <w:p w14:paraId="45ABBD9B" w14:textId="77777777" w:rsidR="00CB34DB" w:rsidRDefault="00CB34DB"/>
    <w:p w14:paraId="53F9274D" w14:textId="77777777" w:rsidR="00CB34DB" w:rsidRDefault="00CB34DB"/>
    <w:p w14:paraId="0F1E2575" w14:textId="77777777" w:rsidR="00CB34DB" w:rsidRDefault="00CB34DB"/>
    <w:p w14:paraId="77C89308" w14:textId="1865A957" w:rsidR="009540E0" w:rsidRDefault="00000000">
      <w:r>
        <w:rPr>
          <w:b/>
          <w:sz w:val="24"/>
        </w:rPr>
        <w:t xml:space="preserve">Cuarto: </w:t>
      </w:r>
      <w:proofErr w:type="spellStart"/>
      <w:r>
        <w:rPr>
          <w:b/>
          <w:sz w:val="24"/>
        </w:rPr>
        <w:t>actividades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geométricas</w:t>
      </w:r>
      <w:proofErr w:type="spellEnd"/>
      <w:r>
        <w:rPr>
          <w:b/>
          <w:sz w:val="24"/>
        </w:rPr>
        <w:t xml:space="preserve"> (5 puntos)</w:t>
      </w:r>
    </w:p>
    <w:p w14:paraId="64BD95FC" w14:textId="77777777" w:rsidR="009540E0" w:rsidRDefault="00000000">
      <w:r>
        <w:t>1) Construye un triángulo ABC rectángulo en A, con AB = 3 cm y el ángulo con vértice B igual a 50°.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9540E0" w14:paraId="3F3C78DF" w14:textId="77777777">
        <w:trPr>
          <w:jc w:val="center"/>
        </w:trPr>
        <w:tc>
          <w:tcPr>
            <w:tcW w:w="10540" w:type="dxa"/>
          </w:tcPr>
          <w:p w14:paraId="4DD7D9BA" w14:textId="77777777" w:rsidR="00CB34DB" w:rsidRDefault="00000000">
            <w:r>
              <w:br/>
            </w:r>
            <w:r>
              <w:br/>
            </w:r>
            <w:r>
              <w:br/>
            </w:r>
          </w:p>
          <w:p w14:paraId="64822A06" w14:textId="77777777" w:rsidR="00CB34DB" w:rsidRDefault="00CB34DB"/>
          <w:p w14:paraId="582FDCF5" w14:textId="6CC88ACF" w:rsidR="009540E0" w:rsidRDefault="00000000">
            <w:r>
              <w:br/>
            </w:r>
          </w:p>
        </w:tc>
      </w:tr>
    </w:tbl>
    <w:p w14:paraId="0DF5E300" w14:textId="77777777" w:rsidR="009540E0" w:rsidRDefault="00000000">
      <w:r>
        <w:t>2) Calcula, sin usar el transportador, la medida del ángulo con vértice C.</w:t>
      </w:r>
    </w:p>
    <w:p w14:paraId="2CB26D72" w14:textId="77777777" w:rsidR="00CB34DB" w:rsidRDefault="00CB34DB"/>
    <w:p w14:paraId="070A7073" w14:textId="77777777" w:rsidR="00CB34DB" w:rsidRDefault="00CB34DB"/>
    <w:p w14:paraId="3504333F" w14:textId="77777777" w:rsidR="00CB34DB" w:rsidRDefault="00CB34DB"/>
    <w:p w14:paraId="0961508A" w14:textId="77777777" w:rsidR="00CB34DB" w:rsidRDefault="00CB34DB"/>
    <w:p w14:paraId="09AE4EF0" w14:textId="7D2ED9AA" w:rsidR="009540E0" w:rsidRDefault="00000000">
      <w:r>
        <w:t xml:space="preserve">3) </w:t>
      </w:r>
      <w:proofErr w:type="spellStart"/>
      <w:r>
        <w:t>Dibuja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circunferencia</w:t>
      </w:r>
      <w:proofErr w:type="spellEnd"/>
      <w:r>
        <w:t xml:space="preserve"> (C) de centro O y diámetro 3 cm.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9540E0" w14:paraId="2E312612" w14:textId="77777777">
        <w:trPr>
          <w:jc w:val="center"/>
        </w:trPr>
        <w:tc>
          <w:tcPr>
            <w:tcW w:w="10540" w:type="dxa"/>
          </w:tcPr>
          <w:p w14:paraId="7F16F139" w14:textId="77777777" w:rsidR="009540E0" w:rsidRDefault="00000000">
            <w:r>
              <w:br/>
            </w:r>
            <w:r>
              <w:br/>
            </w:r>
            <w:r>
              <w:br/>
            </w:r>
          </w:p>
        </w:tc>
      </w:tr>
    </w:tbl>
    <w:p w14:paraId="2E8E5EE0" w14:textId="77777777" w:rsidR="007A0508" w:rsidRDefault="007A0508"/>
    <w:sectPr w:rsidR="007A0508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314299">
    <w:abstractNumId w:val="8"/>
  </w:num>
  <w:num w:numId="2" w16cid:durableId="1264340357">
    <w:abstractNumId w:val="6"/>
  </w:num>
  <w:num w:numId="3" w16cid:durableId="290017997">
    <w:abstractNumId w:val="5"/>
  </w:num>
  <w:num w:numId="4" w16cid:durableId="717319919">
    <w:abstractNumId w:val="4"/>
  </w:num>
  <w:num w:numId="5" w16cid:durableId="126053649">
    <w:abstractNumId w:val="7"/>
  </w:num>
  <w:num w:numId="6" w16cid:durableId="856040601">
    <w:abstractNumId w:val="3"/>
  </w:num>
  <w:num w:numId="7" w16cid:durableId="72093436">
    <w:abstractNumId w:val="2"/>
  </w:num>
  <w:num w:numId="8" w16cid:durableId="1624188646">
    <w:abstractNumId w:val="1"/>
  </w:num>
  <w:num w:numId="9" w16cid:durableId="202448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A0508"/>
    <w:rsid w:val="009540E0"/>
    <w:rsid w:val="00AA1D8D"/>
    <w:rsid w:val="00B47730"/>
    <w:rsid w:val="00CB0664"/>
    <w:rsid w:val="00CB34DB"/>
    <w:rsid w:val="00D717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6693A9"/>
  <w14:defaultImageDpi w14:val="300"/>
  <w15:docId w15:val="{99812B81-AA47-4334-994D-90D71988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2026-06-29T15:43:00Z</dcterms:modified>
  <cp:category/>
</cp:coreProperties>
</file>