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9D22E" w14:textId="77777777" w:rsidR="00DB109E" w:rsidRDefault="00000000">
      <w:pPr>
        <w:jc w:val="center"/>
      </w:pPr>
      <w:r>
        <w:rPr>
          <w:b/>
          <w:sz w:val="28"/>
        </w:rPr>
        <w:t>Kalaa Beni Routen — Ouezzane 2016 — Enunciado</w:t>
      </w:r>
    </w:p>
    <w:p w14:paraId="698118CF" w14:textId="77777777" w:rsidR="00DB109E" w:rsidRDefault="00000000">
      <w:pPr>
        <w:jc w:val="center"/>
      </w:pPr>
      <w:r>
        <w:rPr>
          <w:i/>
        </w:rPr>
        <w:t>Examen local de Matemáticas — 6.º Primaria</w:t>
      </w:r>
    </w:p>
    <w:p w14:paraId="18A19ED5" w14:textId="77777777" w:rsidR="00DB109E" w:rsidRDefault="00000000">
      <w:r>
        <w:t>Nombre y apellidos: ..........................................................    Nº examen: ..........</w:t>
      </w:r>
    </w:p>
    <w:p w14:paraId="0B571EDC" w14:textId="77777777" w:rsidR="00DB109E" w:rsidRDefault="00000000">
      <w:r>
        <w:t>Duración: 1 hora y media</w:t>
      </w:r>
    </w:p>
    <w:p w14:paraId="28478A5B" w14:textId="77777777" w:rsidR="00DB109E" w:rsidRDefault="00000000">
      <w:r>
        <w:rPr>
          <w:b/>
          <w:sz w:val="24"/>
        </w:rPr>
        <w:t>Primero: actividades numéricas (16 puntos)</w:t>
      </w:r>
    </w:p>
    <w:p w14:paraId="5B9393E2" w14:textId="77777777" w:rsidR="00DB109E" w:rsidRDefault="00000000">
      <w:r>
        <w:t>1) Coloca y calcula: (8 puntos)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DB109E" w14:paraId="5A2BE74D" w14:textId="77777777">
        <w:trPr>
          <w:jc w:val="center"/>
        </w:trPr>
        <w:tc>
          <w:tcPr>
            <w:tcW w:w="3513" w:type="dxa"/>
            <w:vAlign w:val="center"/>
          </w:tcPr>
          <w:p w14:paraId="479D223D" w14:textId="77777777" w:rsidR="00DB109E" w:rsidRDefault="00000000">
            <w:r>
              <w:rPr>
                <w:b/>
              </w:rPr>
              <w:t>(654,14 + 846) - 989,7</w:t>
            </w:r>
          </w:p>
        </w:tc>
        <w:tc>
          <w:tcPr>
            <w:tcW w:w="3513" w:type="dxa"/>
            <w:vAlign w:val="center"/>
          </w:tcPr>
          <w:p w14:paraId="72374F88" w14:textId="77777777" w:rsidR="00DB109E" w:rsidRDefault="00000000">
            <w:r>
              <w:rPr>
                <w:b/>
              </w:rPr>
              <w:t>58,6 x 8,4</w:t>
            </w:r>
          </w:p>
        </w:tc>
        <w:tc>
          <w:tcPr>
            <w:tcW w:w="3513" w:type="dxa"/>
            <w:vAlign w:val="center"/>
          </w:tcPr>
          <w:p w14:paraId="4EF2F849" w14:textId="77777777" w:rsidR="00DB109E" w:rsidRDefault="00000000">
            <w:r>
              <w:rPr>
                <w:b/>
              </w:rPr>
              <w:t>3,45 : 0,15</w:t>
            </w:r>
          </w:p>
        </w:tc>
      </w:tr>
      <w:tr w:rsidR="00DB109E" w14:paraId="3532A629" w14:textId="77777777">
        <w:trPr>
          <w:jc w:val="center"/>
        </w:trPr>
        <w:tc>
          <w:tcPr>
            <w:tcW w:w="3513" w:type="dxa"/>
          </w:tcPr>
          <w:p w14:paraId="4F07096A" w14:textId="77777777" w:rsidR="00E65BC9" w:rsidRDefault="00000000">
            <w:r>
              <w:br/>
            </w:r>
            <w:r>
              <w:br/>
            </w:r>
            <w:r>
              <w:br/>
            </w:r>
          </w:p>
          <w:p w14:paraId="306C3BAD" w14:textId="77777777" w:rsidR="00E65BC9" w:rsidRDefault="00E65BC9"/>
          <w:p w14:paraId="2A921977" w14:textId="77777777" w:rsidR="00E65BC9" w:rsidRDefault="00E65BC9"/>
          <w:p w14:paraId="71852D4A" w14:textId="77777777" w:rsidR="00E65BC9" w:rsidRDefault="00E65BC9"/>
          <w:p w14:paraId="0A210F0E" w14:textId="77777777" w:rsidR="00E65BC9" w:rsidRDefault="00E65BC9"/>
          <w:p w14:paraId="2E95EBB4" w14:textId="77777777" w:rsidR="00E65BC9" w:rsidRDefault="00E65BC9"/>
          <w:p w14:paraId="74BB6527" w14:textId="77777777" w:rsidR="00E65BC9" w:rsidRDefault="00E65BC9"/>
          <w:p w14:paraId="1630106F" w14:textId="77777777" w:rsidR="00E65BC9" w:rsidRDefault="00E65BC9"/>
          <w:p w14:paraId="5285839C" w14:textId="77777777" w:rsidR="00E65BC9" w:rsidRDefault="00E65BC9"/>
          <w:p w14:paraId="7098E0F6" w14:textId="77777777" w:rsidR="00E65BC9" w:rsidRDefault="00E65BC9"/>
          <w:p w14:paraId="475C2876" w14:textId="77777777" w:rsidR="00E65BC9" w:rsidRDefault="00E65BC9"/>
          <w:p w14:paraId="64953578" w14:textId="77777777" w:rsidR="00E65BC9" w:rsidRDefault="00E65BC9"/>
          <w:p w14:paraId="29FD789E" w14:textId="77777777" w:rsidR="00E65BC9" w:rsidRDefault="00E65BC9"/>
          <w:p w14:paraId="0103C6BF" w14:textId="77777777" w:rsidR="00E65BC9" w:rsidRDefault="00E65BC9"/>
          <w:p w14:paraId="6B3927AE" w14:textId="77777777" w:rsidR="00E65BC9" w:rsidRDefault="00E65BC9"/>
          <w:p w14:paraId="3C6B7128" w14:textId="77777777" w:rsidR="00E65BC9" w:rsidRDefault="00E65BC9"/>
          <w:p w14:paraId="61556C8E" w14:textId="0AB427E7" w:rsidR="00DB109E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3513" w:type="dxa"/>
          </w:tcPr>
          <w:p w14:paraId="25327FE5" w14:textId="77777777" w:rsidR="00DB109E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3513" w:type="dxa"/>
          </w:tcPr>
          <w:p w14:paraId="1D6134C8" w14:textId="77777777" w:rsidR="00DB109E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731D5400" w14:textId="77777777" w:rsidR="00DB109E" w:rsidRDefault="00000000">
      <w:r>
        <w:t>2) Ordena los números siguientes en orden creciente: (4 puntos)</w:t>
      </w:r>
    </w:p>
    <w:p w14:paraId="472C6D6D" w14:textId="77777777" w:rsidR="00DB109E" w:rsidRDefault="00000000">
      <w:r>
        <w:t>7,5 ; 75,05 ; 7,055 ; 7,505 ; 7,55 ; 7,005</w:t>
      </w:r>
    </w:p>
    <w:p w14:paraId="4C28BD93" w14:textId="77777777" w:rsidR="00E65BC9" w:rsidRDefault="00E65BC9"/>
    <w:p w14:paraId="38E267B5" w14:textId="77777777" w:rsidR="00E65BC9" w:rsidRDefault="00E65BC9"/>
    <w:p w14:paraId="08035A46" w14:textId="77777777" w:rsidR="00E65BC9" w:rsidRDefault="00E65BC9"/>
    <w:p w14:paraId="4893DED0" w14:textId="51FD9329" w:rsidR="00DB109E" w:rsidRDefault="00000000">
      <w:r>
        <w:t xml:space="preserve">3) Da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divisores</w:t>
      </w:r>
      <w:proofErr w:type="spellEnd"/>
      <w:r>
        <w:t xml:space="preserve"> comunes de 12 y 21. (4 puntos)</w:t>
      </w:r>
    </w:p>
    <w:p w14:paraId="6BD79CDD" w14:textId="03AAE2C2" w:rsidR="00DB109E" w:rsidRDefault="00DB109E"/>
    <w:p w14:paraId="5711293F" w14:textId="77777777" w:rsidR="00E65BC9" w:rsidRDefault="00E65BC9"/>
    <w:p w14:paraId="63E1375D" w14:textId="77777777" w:rsidR="00E65BC9" w:rsidRDefault="00E65BC9"/>
    <w:p w14:paraId="0FA0D613" w14:textId="77777777" w:rsidR="00E65BC9" w:rsidRDefault="00E65BC9"/>
    <w:p w14:paraId="6F58B42B" w14:textId="77777777" w:rsidR="00E65BC9" w:rsidRDefault="00E65BC9"/>
    <w:p w14:paraId="0A69275F" w14:textId="77777777" w:rsidR="00E65BC9" w:rsidRDefault="00E65BC9"/>
    <w:p w14:paraId="49A9B92E" w14:textId="77777777" w:rsidR="00DB109E" w:rsidRDefault="00000000">
      <w:pPr>
        <w:rPr>
          <w:b/>
          <w:sz w:val="24"/>
        </w:rPr>
      </w:pPr>
      <w:r>
        <w:rPr>
          <w:b/>
          <w:sz w:val="24"/>
        </w:rPr>
        <w:lastRenderedPageBreak/>
        <w:t>Segundo: actividades de medida (8 puntos)</w:t>
      </w:r>
    </w:p>
    <w:p w14:paraId="5B03A9D2" w14:textId="77777777" w:rsidR="00E65BC9" w:rsidRDefault="00E65BC9"/>
    <w:p w14:paraId="0F31ECF6" w14:textId="7231D15F" w:rsidR="00DB109E" w:rsidRDefault="00000000">
      <w:r>
        <w:t xml:space="preserve">329,14 </w:t>
      </w:r>
      <w:proofErr w:type="gramStart"/>
      <w:r>
        <w:t>dam</w:t>
      </w:r>
      <w:proofErr w:type="gramEnd"/>
      <w:r>
        <w:t xml:space="preserve"> = ...........</w:t>
      </w:r>
      <w:r w:rsidR="00E65BC9">
        <w:t>.................</w:t>
      </w:r>
      <w:r>
        <w:t>.......... km</w:t>
      </w:r>
    </w:p>
    <w:p w14:paraId="4F9D376B" w14:textId="77777777" w:rsidR="00E65BC9" w:rsidRDefault="00E65BC9"/>
    <w:p w14:paraId="095C4547" w14:textId="0CC63C1F" w:rsidR="00DB109E" w:rsidRDefault="00000000">
      <w:r>
        <w:t>51,75 km 12 dam = .........</w:t>
      </w:r>
      <w:r w:rsidR="00E65BC9">
        <w:t>.........</w:t>
      </w:r>
      <w:r>
        <w:t>............ m</w:t>
      </w:r>
    </w:p>
    <w:p w14:paraId="5B152299" w14:textId="77777777" w:rsidR="00E65BC9" w:rsidRDefault="00E65BC9"/>
    <w:p w14:paraId="33DA7934" w14:textId="16E8C4D3" w:rsidR="00DB109E" w:rsidRDefault="00000000">
      <w:r>
        <w:t>150,67 m² = ............</w:t>
      </w:r>
      <w:r w:rsidR="00E65BC9">
        <w:t>...................</w:t>
      </w:r>
      <w:r>
        <w:t>......... hm²</w:t>
      </w:r>
    </w:p>
    <w:p w14:paraId="452C5D51" w14:textId="77777777" w:rsidR="00E65BC9" w:rsidRDefault="00E65BC9"/>
    <w:p w14:paraId="5F689382" w14:textId="2C66FD30" w:rsidR="00DB109E" w:rsidRDefault="00000000">
      <w:r>
        <w:t>107,52 hm² 3 dam² = ............</w:t>
      </w:r>
      <w:r w:rsidR="00E65BC9">
        <w:t>........</w:t>
      </w:r>
      <w:r>
        <w:t>......... a</w:t>
      </w:r>
    </w:p>
    <w:p w14:paraId="1BBE35CF" w14:textId="77777777" w:rsidR="00E65BC9" w:rsidRDefault="00E65BC9"/>
    <w:p w14:paraId="49EFD757" w14:textId="77777777" w:rsidR="00DB109E" w:rsidRDefault="00000000">
      <w:r>
        <w:rPr>
          <w:b/>
          <w:sz w:val="24"/>
        </w:rPr>
        <w:t>Tercero: problema (5 puntos)</w:t>
      </w:r>
    </w:p>
    <w:p w14:paraId="1124FAC7" w14:textId="77777777" w:rsidR="00DB109E" w:rsidRDefault="00000000">
      <w:r>
        <w:t>Un agricultor posee un huerto con 22 filas de naranjos; en cada fila hay 11 árboles, y cada árbol produce 20 kg de naranjas. Si vendió 7/10 de la cantidad total producida, calcula en kg la cantidad de naranjas que le queda.</w:t>
      </w:r>
    </w:p>
    <w:p w14:paraId="3AB1126A" w14:textId="77777777" w:rsidR="00E65BC9" w:rsidRDefault="00E65BC9"/>
    <w:p w14:paraId="72D837A0" w14:textId="77777777" w:rsidR="00E65BC9" w:rsidRDefault="00E65BC9"/>
    <w:p w14:paraId="4989AEB2" w14:textId="77777777" w:rsidR="00E65BC9" w:rsidRDefault="00E65BC9"/>
    <w:p w14:paraId="091DC77D" w14:textId="77777777" w:rsidR="00E65BC9" w:rsidRDefault="00E65BC9"/>
    <w:p w14:paraId="3F78F146" w14:textId="77777777" w:rsidR="00E65BC9" w:rsidRDefault="00E65BC9"/>
    <w:p w14:paraId="5583DD96" w14:textId="77777777" w:rsidR="00E65BC9" w:rsidRDefault="00E65BC9"/>
    <w:p w14:paraId="18AB0573" w14:textId="77777777" w:rsidR="00E65BC9" w:rsidRDefault="00E65BC9"/>
    <w:p w14:paraId="421D92A6" w14:textId="77777777" w:rsidR="00E65BC9" w:rsidRDefault="00E65BC9"/>
    <w:p w14:paraId="616DC56C" w14:textId="73FCBE4D" w:rsidR="00DB109E" w:rsidRDefault="00000000">
      <w:r>
        <w:rPr>
          <w:b/>
          <w:sz w:val="24"/>
        </w:rPr>
        <w:t xml:space="preserve">Cuarto: </w:t>
      </w:r>
      <w:proofErr w:type="spellStart"/>
      <w:r>
        <w:rPr>
          <w:b/>
          <w:sz w:val="24"/>
        </w:rPr>
        <w:t>actividades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geométricas</w:t>
      </w:r>
      <w:proofErr w:type="spellEnd"/>
      <w:r>
        <w:rPr>
          <w:b/>
          <w:sz w:val="24"/>
        </w:rPr>
        <w:t xml:space="preserve"> (11 puntos)</w:t>
      </w:r>
    </w:p>
    <w:p w14:paraId="4B3BAD8E" w14:textId="77777777" w:rsidR="00DB109E" w:rsidRDefault="00000000">
      <w:r>
        <w:t>1) Con tus instrumentos geométricos: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DB109E" w14:paraId="19E08AB1" w14:textId="77777777">
        <w:trPr>
          <w:jc w:val="center"/>
        </w:trPr>
        <w:tc>
          <w:tcPr>
            <w:tcW w:w="10540" w:type="dxa"/>
          </w:tcPr>
          <w:p w14:paraId="3B11185D" w14:textId="7E692FDF" w:rsidR="00DB109E" w:rsidRDefault="00000000">
            <w:r>
              <w:t xml:space="preserve">a) Construye un </w:t>
            </w:r>
            <w:proofErr w:type="spellStart"/>
            <w:r>
              <w:t>ángulo</w:t>
            </w:r>
            <w:proofErr w:type="spellEnd"/>
            <w:r>
              <w:t xml:space="preserve"> BÂC de 60°.</w:t>
            </w:r>
          </w:p>
        </w:tc>
      </w:tr>
    </w:tbl>
    <w:p w14:paraId="56357926" w14:textId="41893FA6" w:rsidR="00DB109E" w:rsidRDefault="00000000">
      <w:r>
        <w:t xml:space="preserve">b) </w:t>
      </w:r>
      <w:proofErr w:type="spellStart"/>
      <w:r>
        <w:t>Construye</w:t>
      </w:r>
      <w:proofErr w:type="spellEnd"/>
      <w:r w:rsidR="00E65BC9">
        <w:t xml:space="preserve"> </w:t>
      </w:r>
      <w:proofErr w:type="spellStart"/>
      <w:r w:rsidR="00E65BC9">
        <w:t>sobre</w:t>
      </w:r>
      <w:proofErr w:type="spellEnd"/>
      <w:r w:rsidR="00E65BC9">
        <w:t xml:space="preserve"> </w:t>
      </w:r>
      <w:proofErr w:type="spellStart"/>
      <w:r w:rsidR="00E65BC9">
        <w:t>el</w:t>
      </w:r>
      <w:proofErr w:type="spellEnd"/>
      <w:r w:rsidR="00E65BC9">
        <w:t xml:space="preserve"> </w:t>
      </w:r>
      <w:proofErr w:type="spellStart"/>
      <w:r w:rsidR="00E65BC9">
        <w:t>dibujo</w:t>
      </w:r>
      <w:proofErr w:type="spellEnd"/>
      <w:r w:rsidR="00E65BC9">
        <w:t xml:space="preserve"> anterior</w:t>
      </w:r>
      <w:r>
        <w:t xml:space="preserve"> la recta (D), </w:t>
      </w:r>
      <w:proofErr w:type="spellStart"/>
      <w:r>
        <w:t>bisectriz</w:t>
      </w:r>
      <w:proofErr w:type="spellEnd"/>
      <w:r>
        <w:t xml:space="preserve"> del </w:t>
      </w:r>
      <w:proofErr w:type="spellStart"/>
      <w:r>
        <w:t>ángulo</w:t>
      </w:r>
      <w:proofErr w:type="spellEnd"/>
      <w:r>
        <w:t xml:space="preserve"> BAC</w:t>
      </w:r>
      <w:r w:rsidR="00E65BC9">
        <w:t>.</w:t>
      </w:r>
    </w:p>
    <w:p w14:paraId="4F5B6B5F" w14:textId="77777777" w:rsidR="00E65BC9" w:rsidRDefault="00E65BC9"/>
    <w:p w14:paraId="19D61C90" w14:textId="77777777" w:rsidR="00E65BC9" w:rsidRDefault="00E65BC9"/>
    <w:p w14:paraId="4CA06D2D" w14:textId="77777777" w:rsidR="00E65BC9" w:rsidRDefault="00E65BC9"/>
    <w:p w14:paraId="59C27075" w14:textId="77777777" w:rsidR="00E65BC9" w:rsidRDefault="00E65BC9"/>
    <w:p w14:paraId="1162251B" w14:textId="77777777" w:rsidR="00E65BC9" w:rsidRDefault="00E65BC9"/>
    <w:p w14:paraId="22C4B3BF" w14:textId="77777777" w:rsidR="00E65BC9" w:rsidRDefault="00E65BC9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DB109E" w14:paraId="22C6AC43" w14:textId="77777777">
        <w:trPr>
          <w:jc w:val="center"/>
        </w:trPr>
        <w:tc>
          <w:tcPr>
            <w:tcW w:w="10540" w:type="dxa"/>
          </w:tcPr>
          <w:p w14:paraId="5C758045" w14:textId="1C27E2FB" w:rsidR="00DB109E" w:rsidRDefault="00DB109E"/>
        </w:tc>
      </w:tr>
    </w:tbl>
    <w:p w14:paraId="3ACB4DF9" w14:textId="77777777" w:rsidR="00DB109E" w:rsidRDefault="00000000">
      <w:r>
        <w:t>2) Con tus instrumentos geométricos:</w:t>
      </w:r>
    </w:p>
    <w:p w14:paraId="3B31302B" w14:textId="6F3064A6" w:rsidR="00E65BC9" w:rsidRDefault="00000000">
      <w:r>
        <w:t xml:space="preserve">a) Construye una circunferencia (C) de centro O y </w:t>
      </w:r>
      <w:proofErr w:type="spellStart"/>
      <w:r>
        <w:t>diámetro</w:t>
      </w:r>
      <w:proofErr w:type="spellEnd"/>
      <w:r>
        <w:t xml:space="preserve"> 6 cm.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DB109E" w14:paraId="1623E797" w14:textId="77777777">
        <w:trPr>
          <w:jc w:val="center"/>
        </w:trPr>
        <w:tc>
          <w:tcPr>
            <w:tcW w:w="10540" w:type="dxa"/>
          </w:tcPr>
          <w:p w14:paraId="2BC3EB3A" w14:textId="4071B589" w:rsidR="00DB109E" w:rsidRDefault="00000000">
            <w:r>
              <w:t xml:space="preserve">b) Sitúa dos puntos N y P sobre la circunferencia (C) de modo que el </w:t>
            </w:r>
            <w:proofErr w:type="spellStart"/>
            <w:r>
              <w:t>ángulo</w:t>
            </w:r>
            <w:proofErr w:type="spellEnd"/>
            <w:r>
              <w:t xml:space="preserve"> NÔP </w:t>
            </w:r>
            <w:proofErr w:type="spellStart"/>
            <w:r>
              <w:t>mida</w:t>
            </w:r>
            <w:proofErr w:type="spellEnd"/>
            <w:r>
              <w:t xml:space="preserve"> 80°.</w:t>
            </w:r>
          </w:p>
        </w:tc>
      </w:tr>
    </w:tbl>
    <w:p w14:paraId="7A784552" w14:textId="77777777" w:rsidR="00DB109E" w:rsidRDefault="00000000">
      <w:r>
        <w:t>c) ¿Cuál es la naturaleza del triángulo NOP?</w:t>
      </w:r>
    </w:p>
    <w:p w14:paraId="73086734" w14:textId="654E23CE" w:rsidR="00DB109E" w:rsidRDefault="00DB109E"/>
    <w:sectPr w:rsidR="00DB109E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4219669">
    <w:abstractNumId w:val="8"/>
  </w:num>
  <w:num w:numId="2" w16cid:durableId="1486775542">
    <w:abstractNumId w:val="6"/>
  </w:num>
  <w:num w:numId="3" w16cid:durableId="1601142531">
    <w:abstractNumId w:val="5"/>
  </w:num>
  <w:num w:numId="4" w16cid:durableId="1638334837">
    <w:abstractNumId w:val="4"/>
  </w:num>
  <w:num w:numId="5" w16cid:durableId="914701175">
    <w:abstractNumId w:val="7"/>
  </w:num>
  <w:num w:numId="6" w16cid:durableId="1036547275">
    <w:abstractNumId w:val="3"/>
  </w:num>
  <w:num w:numId="7" w16cid:durableId="829826875">
    <w:abstractNumId w:val="2"/>
  </w:num>
  <w:num w:numId="8" w16cid:durableId="1018312552">
    <w:abstractNumId w:val="1"/>
  </w:num>
  <w:num w:numId="9" w16cid:durableId="46500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7174B"/>
    <w:rsid w:val="00DB109E"/>
    <w:rsid w:val="00E65B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E3743"/>
  <w14:defaultImageDpi w14:val="300"/>
  <w15:docId w15:val="{99812B81-AA47-4334-994D-90D71988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2026-06-29T15:40:00Z</dcterms:modified>
  <cp:category/>
</cp:coreProperties>
</file>