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BAE01" w14:textId="77777777" w:rsidR="00125FFA" w:rsidRDefault="00000000">
      <w:pPr>
        <w:jc w:val="center"/>
      </w:pPr>
      <w:r>
        <w:rPr>
          <w:b/>
          <w:sz w:val="28"/>
        </w:rPr>
        <w:t>Kalaa Beni Routen — Ouezzane 2017 — Enunciado</w:t>
      </w:r>
    </w:p>
    <w:p w14:paraId="557F4BDB" w14:textId="77777777" w:rsidR="00125FFA" w:rsidRDefault="00000000">
      <w:pPr>
        <w:jc w:val="center"/>
      </w:pPr>
      <w:r>
        <w:rPr>
          <w:i/>
        </w:rPr>
        <w:t>Examen local de Matemáticas — 6.º Primaria</w:t>
      </w:r>
    </w:p>
    <w:p w14:paraId="0F8DF531" w14:textId="77777777" w:rsidR="00125FFA" w:rsidRDefault="00000000">
      <w:r>
        <w:t>Nombre y apellidos: ..........................................................    Nº examen: ..........</w:t>
      </w:r>
    </w:p>
    <w:p w14:paraId="54040A1A" w14:textId="77777777" w:rsidR="00125FFA" w:rsidRDefault="00000000">
      <w:r>
        <w:t>Duración: 1 hora y media</w:t>
      </w:r>
    </w:p>
    <w:p w14:paraId="3A047537" w14:textId="77777777" w:rsidR="00125FFA" w:rsidRDefault="00000000">
      <w:r>
        <w:rPr>
          <w:b/>
          <w:sz w:val="24"/>
        </w:rPr>
        <w:t>Primero: actividades numéricas (16 puntos)</w:t>
      </w:r>
    </w:p>
    <w:p w14:paraId="58119CCA" w14:textId="77777777" w:rsidR="00125FFA" w:rsidRDefault="00000000">
      <w:r>
        <w:t>1) Coloca y calcula: (8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125FFA" w14:paraId="7FCB6154" w14:textId="77777777">
        <w:trPr>
          <w:jc w:val="center"/>
        </w:trPr>
        <w:tc>
          <w:tcPr>
            <w:tcW w:w="2635" w:type="dxa"/>
            <w:vAlign w:val="center"/>
          </w:tcPr>
          <w:p w14:paraId="36B8DB1C" w14:textId="77777777" w:rsidR="00125FFA" w:rsidRDefault="00000000">
            <w:r>
              <w:rPr>
                <w:b/>
              </w:rPr>
              <w:t>1526,5 + 23,3</w:t>
            </w:r>
          </w:p>
        </w:tc>
        <w:tc>
          <w:tcPr>
            <w:tcW w:w="2635" w:type="dxa"/>
            <w:vAlign w:val="center"/>
          </w:tcPr>
          <w:p w14:paraId="6CBA7FF6" w14:textId="77777777" w:rsidR="00125FFA" w:rsidRDefault="00000000">
            <w:r>
              <w:rPr>
                <w:b/>
              </w:rPr>
              <w:t>1249,5 - 878</w:t>
            </w:r>
          </w:p>
        </w:tc>
        <w:tc>
          <w:tcPr>
            <w:tcW w:w="2635" w:type="dxa"/>
            <w:vAlign w:val="center"/>
          </w:tcPr>
          <w:p w14:paraId="49CBE273" w14:textId="77777777" w:rsidR="00125FFA" w:rsidRDefault="00000000">
            <w:r>
              <w:rPr>
                <w:b/>
              </w:rPr>
              <w:t>56,05 x 6,4</w:t>
            </w:r>
          </w:p>
        </w:tc>
        <w:tc>
          <w:tcPr>
            <w:tcW w:w="2635" w:type="dxa"/>
            <w:vAlign w:val="center"/>
          </w:tcPr>
          <w:p w14:paraId="2DBB26C7" w14:textId="77777777" w:rsidR="00125FFA" w:rsidRDefault="00000000">
            <w:r>
              <w:rPr>
                <w:b/>
              </w:rPr>
              <w:t>24636 : 12</w:t>
            </w:r>
          </w:p>
        </w:tc>
      </w:tr>
      <w:tr w:rsidR="00125FFA" w14:paraId="269CCCA7" w14:textId="77777777">
        <w:trPr>
          <w:jc w:val="center"/>
        </w:trPr>
        <w:tc>
          <w:tcPr>
            <w:tcW w:w="2635" w:type="dxa"/>
          </w:tcPr>
          <w:p w14:paraId="42DBD1F4" w14:textId="77777777" w:rsidR="007131C1" w:rsidRDefault="00000000">
            <w:r>
              <w:br/>
            </w:r>
            <w:r>
              <w:br/>
            </w:r>
          </w:p>
          <w:p w14:paraId="05F57AEA" w14:textId="77777777" w:rsidR="007131C1" w:rsidRDefault="007131C1"/>
          <w:p w14:paraId="02859788" w14:textId="77777777" w:rsidR="007131C1" w:rsidRDefault="007131C1"/>
          <w:p w14:paraId="68C93B62" w14:textId="77777777" w:rsidR="007131C1" w:rsidRDefault="007131C1"/>
          <w:p w14:paraId="698DBFF5" w14:textId="77777777" w:rsidR="007131C1" w:rsidRDefault="007131C1"/>
          <w:p w14:paraId="5FF06AB9" w14:textId="77777777" w:rsidR="007131C1" w:rsidRDefault="007131C1"/>
          <w:p w14:paraId="6A8B9206" w14:textId="77777777" w:rsidR="007131C1" w:rsidRDefault="007131C1"/>
          <w:p w14:paraId="1D670B66" w14:textId="77777777" w:rsidR="007131C1" w:rsidRDefault="007131C1"/>
          <w:p w14:paraId="7DAE348D" w14:textId="77777777" w:rsidR="007131C1" w:rsidRDefault="007131C1"/>
          <w:p w14:paraId="23B780B5" w14:textId="77777777" w:rsidR="007131C1" w:rsidRDefault="007131C1"/>
          <w:p w14:paraId="6B71F68E" w14:textId="77777777" w:rsidR="007131C1" w:rsidRDefault="007131C1"/>
          <w:p w14:paraId="11925E23" w14:textId="77777777" w:rsidR="007131C1" w:rsidRDefault="007131C1"/>
          <w:p w14:paraId="18AE77C7" w14:textId="77777777" w:rsidR="007131C1" w:rsidRDefault="007131C1"/>
          <w:p w14:paraId="3861C6D5" w14:textId="37321DD0" w:rsidR="00125FF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1A15A1D6" w14:textId="77777777" w:rsidR="00125FF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4AEE5B05" w14:textId="77777777" w:rsidR="00125FF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2635" w:type="dxa"/>
          </w:tcPr>
          <w:p w14:paraId="3526A536" w14:textId="77777777" w:rsidR="00125FFA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863F9CF" w14:textId="77777777" w:rsidR="00125FFA" w:rsidRDefault="00000000">
      <w:r>
        <w:t>2) Halla todos los divisores del número 24. (2 puntos)</w:t>
      </w:r>
    </w:p>
    <w:p w14:paraId="40CC7BC4" w14:textId="77777777" w:rsidR="007131C1" w:rsidRDefault="007131C1"/>
    <w:p w14:paraId="58C6D038" w14:textId="77777777" w:rsidR="007131C1" w:rsidRDefault="007131C1"/>
    <w:p w14:paraId="48ED019A" w14:textId="77777777" w:rsidR="007131C1" w:rsidRDefault="007131C1"/>
    <w:p w14:paraId="48300792" w14:textId="77777777" w:rsidR="007131C1" w:rsidRDefault="007131C1"/>
    <w:p w14:paraId="0AD8E4E2" w14:textId="4763513A" w:rsidR="00125FFA" w:rsidRDefault="00000000">
      <w:r>
        <w:t xml:space="preserve">3) Halla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múltiplos</w:t>
      </w:r>
      <w:proofErr w:type="spellEnd"/>
      <w:r>
        <w:t xml:space="preserve"> de 12 comprendidos entre 30 y 100. (3 puntos)</w:t>
      </w:r>
    </w:p>
    <w:p w14:paraId="78D8AAF6" w14:textId="77777777" w:rsidR="007131C1" w:rsidRDefault="007131C1"/>
    <w:p w14:paraId="0F3206DC" w14:textId="77777777" w:rsidR="007131C1" w:rsidRDefault="007131C1"/>
    <w:p w14:paraId="1ACC7894" w14:textId="77777777" w:rsidR="007131C1" w:rsidRDefault="007131C1"/>
    <w:p w14:paraId="272F798C" w14:textId="0D3DE6D0" w:rsidR="00125FFA" w:rsidRDefault="00000000">
      <w:r>
        <w:t xml:space="preserve">4) </w:t>
      </w:r>
      <w:proofErr w:type="spellStart"/>
      <w:r>
        <w:t>Ordena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números</w:t>
      </w:r>
      <w:proofErr w:type="spellEnd"/>
      <w:r>
        <w:t xml:space="preserve"> </w:t>
      </w:r>
      <w:proofErr w:type="spellStart"/>
      <w:r>
        <w:t>decimales</w:t>
      </w:r>
      <w:proofErr w:type="spellEnd"/>
      <w:r>
        <w:t xml:space="preserve"> siguientes en orden creciente: (3 puntos)</w:t>
      </w:r>
    </w:p>
    <w:p w14:paraId="6356C8B9" w14:textId="77777777" w:rsidR="00125FFA" w:rsidRDefault="00000000">
      <w:r>
        <w:t>1,52 ; 0,5 ; 5,5 ; 5,22 ; 0,125 ; 0,52</w:t>
      </w:r>
    </w:p>
    <w:p w14:paraId="135F4B62" w14:textId="313A9664" w:rsidR="00125FFA" w:rsidRDefault="00125FFA"/>
    <w:p w14:paraId="64816C05" w14:textId="77777777" w:rsidR="007131C1" w:rsidRDefault="007131C1"/>
    <w:p w14:paraId="01007EDC" w14:textId="77777777" w:rsidR="007131C1" w:rsidRDefault="007131C1"/>
    <w:p w14:paraId="49DBB0D7" w14:textId="77777777" w:rsidR="00125FFA" w:rsidRDefault="00000000">
      <w:r>
        <w:rPr>
          <w:b/>
          <w:sz w:val="24"/>
        </w:rPr>
        <w:lastRenderedPageBreak/>
        <w:t>Segundo: actividades geométricas (11 puntos)</w:t>
      </w:r>
    </w:p>
    <w:p w14:paraId="0C1BF177" w14:textId="77777777" w:rsidR="00125FFA" w:rsidRDefault="00000000">
      <w:r>
        <w:t xml:space="preserve">1) </w:t>
      </w:r>
      <w:proofErr w:type="spellStart"/>
      <w:r>
        <w:t>Construye</w:t>
      </w:r>
      <w:proofErr w:type="spellEnd"/>
      <w:r>
        <w:t xml:space="preserve"> lo </w:t>
      </w:r>
      <w:proofErr w:type="spellStart"/>
      <w:r>
        <w:t>siguiente</w:t>
      </w:r>
      <w:proofErr w:type="spellEnd"/>
      <w: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125FFA" w14:paraId="111F68B9" w14:textId="77777777">
        <w:trPr>
          <w:jc w:val="center"/>
        </w:trPr>
        <w:tc>
          <w:tcPr>
            <w:tcW w:w="10540" w:type="dxa"/>
          </w:tcPr>
          <w:p w14:paraId="6E4CBDEF" w14:textId="5FA6D2F9" w:rsidR="00125FFA" w:rsidRDefault="00000000">
            <w:r>
              <w:t xml:space="preserve">a) </w:t>
            </w:r>
            <w:proofErr w:type="spellStart"/>
            <w:r>
              <w:t>Construye</w:t>
            </w:r>
            <w:proofErr w:type="spellEnd"/>
            <w:r>
              <w:t xml:space="preserve"> un </w:t>
            </w:r>
            <w:proofErr w:type="spellStart"/>
            <w:r>
              <w:t>ángulo</w:t>
            </w:r>
            <w:proofErr w:type="spellEnd"/>
            <w:r>
              <w:t xml:space="preserve"> AÔB = 80°. (3 puntos)</w:t>
            </w:r>
          </w:p>
        </w:tc>
      </w:tr>
    </w:tbl>
    <w:p w14:paraId="7D012E16" w14:textId="521C0F7B" w:rsidR="00125FFA" w:rsidRDefault="007131C1">
      <w:r>
        <w:t xml:space="preserve"> </w:t>
      </w:r>
      <w:r w:rsidR="00000000">
        <w:t xml:space="preserve">b)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dibujo</w:t>
      </w:r>
      <w:proofErr w:type="spellEnd"/>
      <w:r>
        <w:t xml:space="preserve">, </w:t>
      </w:r>
      <w:proofErr w:type="spellStart"/>
      <w:r>
        <w:t>c</w:t>
      </w:r>
      <w:r w:rsidR="00000000">
        <w:t>onstruye</w:t>
      </w:r>
      <w:proofErr w:type="spellEnd"/>
      <w:r w:rsidR="00000000">
        <w:t xml:space="preserve"> la </w:t>
      </w:r>
      <w:proofErr w:type="spellStart"/>
      <w:r w:rsidR="00000000">
        <w:t>semirrecta</w:t>
      </w:r>
      <w:proofErr w:type="spellEnd"/>
      <w:r w:rsidR="00000000">
        <w:t xml:space="preserve"> [OM), </w:t>
      </w:r>
      <w:proofErr w:type="spellStart"/>
      <w:r w:rsidR="00000000">
        <w:t>bisectriz</w:t>
      </w:r>
      <w:proofErr w:type="spellEnd"/>
      <w:r w:rsidR="00000000">
        <w:t xml:space="preserve"> del ángulo AÔB. (2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125FFA" w14:paraId="3108B70D" w14:textId="77777777">
        <w:trPr>
          <w:jc w:val="center"/>
        </w:trPr>
        <w:tc>
          <w:tcPr>
            <w:tcW w:w="10540" w:type="dxa"/>
          </w:tcPr>
          <w:p w14:paraId="7AFB0D54" w14:textId="77777777" w:rsidR="007131C1" w:rsidRDefault="00000000">
            <w:r>
              <w:br/>
            </w:r>
            <w:r>
              <w:br/>
            </w:r>
          </w:p>
          <w:p w14:paraId="5C5101DD" w14:textId="77777777" w:rsidR="007131C1" w:rsidRDefault="007131C1"/>
          <w:p w14:paraId="56A09626" w14:textId="77777777" w:rsidR="007131C1" w:rsidRDefault="007131C1"/>
          <w:p w14:paraId="2F9CA200" w14:textId="77777777" w:rsidR="007131C1" w:rsidRDefault="007131C1"/>
          <w:p w14:paraId="3151FAA1" w14:textId="69AD121C" w:rsidR="00125FFA" w:rsidRDefault="00000000">
            <w:r>
              <w:br/>
            </w:r>
          </w:p>
        </w:tc>
      </w:tr>
    </w:tbl>
    <w:p w14:paraId="366328EB" w14:textId="77777777" w:rsidR="00125FFA" w:rsidRDefault="00000000">
      <w:r>
        <w:t>c) ¿Cuál es la medida del ángulo AÔM? (1 punto)</w:t>
      </w:r>
    </w:p>
    <w:p w14:paraId="39C5BABC" w14:textId="77777777" w:rsidR="007131C1" w:rsidRDefault="007131C1"/>
    <w:p w14:paraId="2DEC9730" w14:textId="77777777" w:rsidR="007131C1" w:rsidRDefault="007131C1"/>
    <w:p w14:paraId="5B8DDFA7" w14:textId="7199A219" w:rsidR="00125FFA" w:rsidRDefault="00000000">
      <w:r>
        <w:t xml:space="preserve">2) </w:t>
      </w:r>
      <w:proofErr w:type="spellStart"/>
      <w:r>
        <w:t>Construye</w:t>
      </w:r>
      <w:proofErr w:type="spellEnd"/>
      <w:r>
        <w:t xml:space="preserve"> la </w:t>
      </w:r>
      <w:proofErr w:type="spellStart"/>
      <w:r>
        <w:t>figura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>:</w:t>
      </w:r>
    </w:p>
    <w:p w14:paraId="6CC9FE7B" w14:textId="77777777" w:rsidR="00125FFA" w:rsidRDefault="00000000">
      <w:r>
        <w:t>a) Dibuja una recta (D) y un punto N exterior a ella. (1 punto)</w:t>
      </w:r>
    </w:p>
    <w:p w14:paraId="1C349558" w14:textId="77777777" w:rsidR="00125FFA" w:rsidRDefault="00000000">
      <w:r>
        <w:t>b) Dibuja la recta (L), perpendicular a (D), que pasa por N. (1,5 puntos)</w:t>
      </w:r>
    </w:p>
    <w:p w14:paraId="285210BC" w14:textId="77777777" w:rsidR="00125FFA" w:rsidRDefault="00000000">
      <w:r>
        <w:t>c) Dibuja la recta (K), perpendicular a (L), que pasa por N. (1,5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125FFA" w14:paraId="3BAC0A73" w14:textId="77777777">
        <w:trPr>
          <w:jc w:val="center"/>
        </w:trPr>
        <w:tc>
          <w:tcPr>
            <w:tcW w:w="10540" w:type="dxa"/>
          </w:tcPr>
          <w:p w14:paraId="4C8A171F" w14:textId="77777777" w:rsidR="007131C1" w:rsidRDefault="00000000">
            <w:r>
              <w:br/>
            </w:r>
          </w:p>
          <w:p w14:paraId="3F7E942B" w14:textId="77777777" w:rsidR="007131C1" w:rsidRDefault="007131C1"/>
          <w:p w14:paraId="05878EF6" w14:textId="77777777" w:rsidR="007131C1" w:rsidRDefault="007131C1"/>
          <w:p w14:paraId="337A0DA9" w14:textId="77777777" w:rsidR="007131C1" w:rsidRDefault="007131C1"/>
          <w:p w14:paraId="5B5D257C" w14:textId="77777777" w:rsidR="007131C1" w:rsidRDefault="007131C1"/>
          <w:p w14:paraId="3F1B2E33" w14:textId="77777777" w:rsidR="007131C1" w:rsidRDefault="007131C1"/>
          <w:p w14:paraId="6D6AF65A" w14:textId="77777777" w:rsidR="007131C1" w:rsidRDefault="007131C1"/>
          <w:p w14:paraId="47F5B32C" w14:textId="77777777" w:rsidR="007131C1" w:rsidRDefault="007131C1"/>
          <w:p w14:paraId="43A34463" w14:textId="77777777" w:rsidR="007131C1" w:rsidRDefault="007131C1"/>
          <w:p w14:paraId="6F58C5E0" w14:textId="69836F44" w:rsidR="00125FFA" w:rsidRDefault="00000000">
            <w:r>
              <w:br/>
            </w:r>
            <w:r>
              <w:br/>
            </w:r>
          </w:p>
        </w:tc>
      </w:tr>
    </w:tbl>
    <w:p w14:paraId="5219C328" w14:textId="77777777" w:rsidR="00125FFA" w:rsidRDefault="00000000">
      <w:r>
        <w:t>d) ¿Qué puedes decir de las rectas (D) y (K)? (1 punto)</w:t>
      </w:r>
    </w:p>
    <w:p w14:paraId="66329E73" w14:textId="3EF5A08E" w:rsidR="007131C1" w:rsidRPr="007131C1" w:rsidRDefault="00000000">
      <w:pPr>
        <w:rPr>
          <w:b/>
          <w:sz w:val="24"/>
        </w:rPr>
      </w:pPr>
      <w:proofErr w:type="spellStart"/>
      <w:r>
        <w:rPr>
          <w:b/>
          <w:sz w:val="24"/>
        </w:rPr>
        <w:lastRenderedPageBreak/>
        <w:t>Tercero</w:t>
      </w:r>
      <w:proofErr w:type="spellEnd"/>
      <w:r>
        <w:rPr>
          <w:b/>
          <w:sz w:val="24"/>
        </w:rPr>
        <w:t xml:space="preserve">: </w:t>
      </w: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medida</w:t>
      </w:r>
      <w:proofErr w:type="spellEnd"/>
      <w:r>
        <w:rPr>
          <w:b/>
          <w:sz w:val="24"/>
        </w:rPr>
        <w:t xml:space="preserve"> (13 puntos)</w:t>
      </w:r>
    </w:p>
    <w:p w14:paraId="434380EA" w14:textId="3E95E5C4" w:rsidR="00125FFA" w:rsidRDefault="00000000">
      <w:r>
        <w:t>5,85 dm = ...........</w:t>
      </w:r>
      <w:r w:rsidR="007131C1">
        <w:t>...........................</w:t>
      </w:r>
      <w:r>
        <w:t>.......... mm</w:t>
      </w:r>
    </w:p>
    <w:p w14:paraId="0FB55785" w14:textId="7922163D" w:rsidR="00125FFA" w:rsidRDefault="00000000">
      <w:r>
        <w:t>15 hm 8 m = ...........</w:t>
      </w:r>
      <w:r w:rsidR="007131C1">
        <w:t>........................</w:t>
      </w:r>
      <w:r>
        <w:t>.......... km</w:t>
      </w:r>
    </w:p>
    <w:p w14:paraId="3AEB39DF" w14:textId="44EBDBB7" w:rsidR="00125FFA" w:rsidRDefault="00000000">
      <w:r>
        <w:t>15,48 q = ...............</w:t>
      </w:r>
      <w:r w:rsidR="007131C1">
        <w:t>..............................</w:t>
      </w:r>
      <w:r>
        <w:t>...... kg</w:t>
      </w:r>
    </w:p>
    <w:p w14:paraId="6D17EE76" w14:textId="22325918" w:rsidR="00125FFA" w:rsidRDefault="00000000">
      <w:r>
        <w:t>15,04 dag 0,7 g = ................</w:t>
      </w:r>
      <w:r w:rsidR="007131C1">
        <w:t>..................</w:t>
      </w:r>
      <w:r>
        <w:t>..... g</w:t>
      </w:r>
    </w:p>
    <w:p w14:paraId="2F522E07" w14:textId="77777777" w:rsidR="007131C1" w:rsidRDefault="007131C1"/>
    <w:p w14:paraId="4A240586" w14:textId="77777777" w:rsidR="00125FFA" w:rsidRDefault="00000000">
      <w:r>
        <w:t>Problema: Si el tiempo necesario para llenar una piscina de 60000 litros es medio día, calcula:</w:t>
      </w:r>
    </w:p>
    <w:p w14:paraId="62F4CBCE" w14:textId="77777777" w:rsidR="00125FFA" w:rsidRDefault="00000000">
      <w:r>
        <w:t>a) El tiempo necesario para llenar la mitad de esta piscina. (3 puntos)</w:t>
      </w:r>
    </w:p>
    <w:p w14:paraId="21FF4D59" w14:textId="77777777" w:rsidR="007131C1" w:rsidRDefault="007131C1"/>
    <w:p w14:paraId="2B7FC32A" w14:textId="77777777" w:rsidR="007131C1" w:rsidRDefault="007131C1"/>
    <w:p w14:paraId="3E3A8EBB" w14:textId="77777777" w:rsidR="007131C1" w:rsidRDefault="007131C1"/>
    <w:p w14:paraId="127723E8" w14:textId="77777777" w:rsidR="007131C1" w:rsidRDefault="007131C1"/>
    <w:p w14:paraId="1AB56028" w14:textId="77777777" w:rsidR="007131C1" w:rsidRDefault="007131C1"/>
    <w:p w14:paraId="74E6E6F7" w14:textId="77777777" w:rsidR="007131C1" w:rsidRDefault="007131C1"/>
    <w:p w14:paraId="44F4836A" w14:textId="77777777" w:rsidR="007131C1" w:rsidRDefault="007131C1"/>
    <w:p w14:paraId="1E8EAA39" w14:textId="77777777" w:rsidR="007131C1" w:rsidRDefault="007131C1"/>
    <w:p w14:paraId="2E174274" w14:textId="7362561E" w:rsidR="00125FFA" w:rsidRDefault="00000000">
      <w:r>
        <w:t xml:space="preserve">b) La </w:t>
      </w:r>
      <w:proofErr w:type="spellStart"/>
      <w:r>
        <w:t>cantidad</w:t>
      </w:r>
      <w:proofErr w:type="spellEnd"/>
      <w:r>
        <w:t xml:space="preserve"> de </w:t>
      </w:r>
      <w:proofErr w:type="spellStart"/>
      <w:r>
        <w:t>agua</w:t>
      </w:r>
      <w:proofErr w:type="spellEnd"/>
      <w:r>
        <w:t>, en litros, necesaria para llenar 2/4 de esta piscina. (2 puntos)</w:t>
      </w:r>
    </w:p>
    <w:p w14:paraId="097FCBCB" w14:textId="622500C8" w:rsidR="00125FFA" w:rsidRDefault="00125FFA"/>
    <w:p w14:paraId="3648B3E7" w14:textId="77777777" w:rsidR="007131C1" w:rsidRDefault="007131C1"/>
    <w:p w14:paraId="5E031905" w14:textId="77777777" w:rsidR="007131C1" w:rsidRDefault="007131C1"/>
    <w:p w14:paraId="36A73E12" w14:textId="77777777" w:rsidR="007131C1" w:rsidRDefault="007131C1"/>
    <w:p w14:paraId="63B5B85D" w14:textId="77777777" w:rsidR="007131C1" w:rsidRDefault="007131C1"/>
    <w:sectPr w:rsidR="007131C1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19393678">
    <w:abstractNumId w:val="8"/>
  </w:num>
  <w:num w:numId="2" w16cid:durableId="1037317664">
    <w:abstractNumId w:val="6"/>
  </w:num>
  <w:num w:numId="3" w16cid:durableId="683089495">
    <w:abstractNumId w:val="5"/>
  </w:num>
  <w:num w:numId="4" w16cid:durableId="1566259328">
    <w:abstractNumId w:val="4"/>
  </w:num>
  <w:num w:numId="5" w16cid:durableId="1485194845">
    <w:abstractNumId w:val="7"/>
  </w:num>
  <w:num w:numId="6" w16cid:durableId="961767109">
    <w:abstractNumId w:val="3"/>
  </w:num>
  <w:num w:numId="7" w16cid:durableId="1249070933">
    <w:abstractNumId w:val="2"/>
  </w:num>
  <w:num w:numId="8" w16cid:durableId="859003052">
    <w:abstractNumId w:val="1"/>
  </w:num>
  <w:num w:numId="9" w16cid:durableId="110762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5FFA"/>
    <w:rsid w:val="0015074B"/>
    <w:rsid w:val="0029639D"/>
    <w:rsid w:val="00326F90"/>
    <w:rsid w:val="007131C1"/>
    <w:rsid w:val="00AA1D8D"/>
    <w:rsid w:val="00B47730"/>
    <w:rsid w:val="00CB0664"/>
    <w:rsid w:val="00D717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FA5E9"/>
  <w14:defaultImageDpi w14:val="300"/>
  <w15:docId w15:val="{99812B81-AA47-4334-994D-90D7198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2026-06-29T15:47:00Z</dcterms:modified>
  <cp:category/>
</cp:coreProperties>
</file>