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2551" w14:textId="77777777" w:rsidR="00561E28" w:rsidRDefault="00000000">
      <w:pPr>
        <w:jc w:val="center"/>
      </w:pPr>
      <w:r>
        <w:rPr>
          <w:b/>
          <w:sz w:val="28"/>
        </w:rPr>
        <w:t>Examen local normalizado - Ouled El Haddad, El Kelaa des Sraghna (2014)</w:t>
      </w:r>
    </w:p>
    <w:p w14:paraId="2BD770AA" w14:textId="77777777" w:rsidR="00561E28" w:rsidRDefault="00000000">
      <w:pPr>
        <w:jc w:val="center"/>
      </w:pPr>
      <w:r>
        <w:rPr>
          <w:i/>
          <w:sz w:val="20"/>
        </w:rPr>
        <w:t>Matemáticas - 6.º Primaria - Enunciado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61E28" w14:paraId="6F39CF68" w14:textId="77777777">
        <w:trPr>
          <w:jc w:val="center"/>
        </w:trPr>
        <w:tc>
          <w:tcPr>
            <w:tcW w:w="2635" w:type="dxa"/>
            <w:vAlign w:val="center"/>
          </w:tcPr>
          <w:p w14:paraId="0309F43E" w14:textId="77777777" w:rsidR="00561E28" w:rsidRDefault="00000000">
            <w:pPr>
              <w:spacing w:after="0"/>
            </w:pPr>
            <w:r>
              <w:rPr>
                <w:sz w:val="18"/>
              </w:rPr>
              <w:t>Nombre</w:t>
            </w:r>
          </w:p>
        </w:tc>
        <w:tc>
          <w:tcPr>
            <w:tcW w:w="2635" w:type="dxa"/>
            <w:vAlign w:val="center"/>
          </w:tcPr>
          <w:p w14:paraId="2FEB90C4" w14:textId="77777777" w:rsidR="00561E28" w:rsidRDefault="00000000">
            <w:pPr>
              <w:spacing w:after="0"/>
            </w:pPr>
            <w:r>
              <w:rPr>
                <w:sz w:val="18"/>
              </w:rPr>
              <w:t>Grupo</w:t>
            </w:r>
          </w:p>
        </w:tc>
        <w:tc>
          <w:tcPr>
            <w:tcW w:w="2635" w:type="dxa"/>
            <w:vAlign w:val="center"/>
          </w:tcPr>
          <w:p w14:paraId="7B1D896A" w14:textId="77777777" w:rsidR="00561E28" w:rsidRDefault="00000000">
            <w:pPr>
              <w:spacing w:after="0"/>
            </w:pPr>
            <w:r>
              <w:rPr>
                <w:sz w:val="18"/>
              </w:rPr>
              <w:t>Fecha</w:t>
            </w:r>
          </w:p>
        </w:tc>
        <w:tc>
          <w:tcPr>
            <w:tcW w:w="2635" w:type="dxa"/>
            <w:vAlign w:val="center"/>
          </w:tcPr>
          <w:p w14:paraId="372DB306" w14:textId="77777777" w:rsidR="00561E28" w:rsidRDefault="00000000">
            <w:pPr>
              <w:spacing w:after="0"/>
            </w:pPr>
            <w:r>
              <w:rPr>
                <w:sz w:val="18"/>
              </w:rPr>
              <w:t>Nota</w:t>
            </w:r>
          </w:p>
        </w:tc>
      </w:tr>
      <w:tr w:rsidR="00561E28" w14:paraId="01BCC691" w14:textId="77777777">
        <w:trPr>
          <w:jc w:val="center"/>
        </w:trPr>
        <w:tc>
          <w:tcPr>
            <w:tcW w:w="2635" w:type="dxa"/>
            <w:vAlign w:val="center"/>
          </w:tcPr>
          <w:p w14:paraId="17D6CE02" w14:textId="77777777" w:rsidR="00561E28" w:rsidRDefault="00561E28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26A9D4B5" w14:textId="77777777" w:rsidR="00561E28" w:rsidRDefault="00561E28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5C51DD26" w14:textId="77777777" w:rsidR="00561E28" w:rsidRDefault="00561E28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4B9DD9E3" w14:textId="77777777" w:rsidR="00561E28" w:rsidRDefault="00561E28">
            <w:pPr>
              <w:spacing w:after="0"/>
            </w:pPr>
          </w:p>
        </w:tc>
      </w:tr>
    </w:tbl>
    <w:p w14:paraId="421A47C5" w14:textId="77777777" w:rsidR="00561E28" w:rsidRDefault="00561E28"/>
    <w:p w14:paraId="05403906" w14:textId="77777777" w:rsidR="00561E28" w:rsidRDefault="00000000">
      <w:r>
        <w:rPr>
          <w:b/>
          <w:sz w:val="24"/>
        </w:rPr>
        <w:t>I. Operaciones</w:t>
      </w:r>
    </w:p>
    <w:p w14:paraId="0BD8473E" w14:textId="77777777" w:rsidR="00561E28" w:rsidRDefault="00000000">
      <w:pPr>
        <w:spacing w:before="100" w:after="40"/>
      </w:pPr>
      <w:r>
        <w:rPr>
          <w:b/>
        </w:rPr>
        <w:t>Coloca y calcula las operaciones siguientes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561E28" w14:paraId="2C5EEB54" w14:textId="77777777">
        <w:trPr>
          <w:jc w:val="center"/>
        </w:trPr>
        <w:tc>
          <w:tcPr>
            <w:tcW w:w="3513" w:type="dxa"/>
          </w:tcPr>
          <w:p w14:paraId="0331C183" w14:textId="77777777" w:rsidR="00561E28" w:rsidRDefault="00000000">
            <w:pPr>
              <w:jc w:val="center"/>
            </w:pPr>
            <w:r>
              <w:t>(675,8 + 43,05) - 66</w:t>
            </w:r>
          </w:p>
        </w:tc>
        <w:tc>
          <w:tcPr>
            <w:tcW w:w="3513" w:type="dxa"/>
          </w:tcPr>
          <w:p w14:paraId="26D9639B" w14:textId="77777777" w:rsidR="00561E28" w:rsidRDefault="00000000">
            <w:pPr>
              <w:jc w:val="center"/>
            </w:pPr>
            <w:r>
              <w:t>12,5 x 6,08</w:t>
            </w:r>
          </w:p>
        </w:tc>
        <w:tc>
          <w:tcPr>
            <w:tcW w:w="3513" w:type="dxa"/>
          </w:tcPr>
          <w:p w14:paraId="7CCF00CE" w14:textId="77777777" w:rsidR="00561E28" w:rsidRDefault="00000000">
            <w:pPr>
              <w:jc w:val="center"/>
            </w:pPr>
            <w:r>
              <w:t>0,345 : 0,15</w:t>
            </w:r>
          </w:p>
        </w:tc>
      </w:tr>
      <w:tr w:rsidR="00561E28" w14:paraId="1E1BB4A8" w14:textId="77777777">
        <w:trPr>
          <w:jc w:val="center"/>
        </w:trPr>
        <w:tc>
          <w:tcPr>
            <w:tcW w:w="3513" w:type="dxa"/>
          </w:tcPr>
          <w:p w14:paraId="24D4BE28" w14:textId="77777777" w:rsidR="006261E7" w:rsidRDefault="00000000">
            <w:pPr>
              <w:jc w:val="center"/>
            </w:pPr>
            <w:r>
              <w:br/>
            </w:r>
          </w:p>
          <w:p w14:paraId="78644A6D" w14:textId="77777777" w:rsidR="006261E7" w:rsidRDefault="006261E7">
            <w:pPr>
              <w:jc w:val="center"/>
            </w:pPr>
          </w:p>
          <w:p w14:paraId="13BDE8A8" w14:textId="77777777" w:rsidR="006261E7" w:rsidRDefault="006261E7">
            <w:pPr>
              <w:jc w:val="center"/>
            </w:pPr>
          </w:p>
          <w:p w14:paraId="66FE0CEF" w14:textId="77777777" w:rsidR="006261E7" w:rsidRDefault="006261E7">
            <w:pPr>
              <w:jc w:val="center"/>
            </w:pPr>
          </w:p>
          <w:p w14:paraId="19F844AB" w14:textId="77777777" w:rsidR="006261E7" w:rsidRDefault="006261E7">
            <w:pPr>
              <w:jc w:val="center"/>
            </w:pPr>
          </w:p>
          <w:p w14:paraId="136EFFA7" w14:textId="77777777" w:rsidR="006261E7" w:rsidRDefault="006261E7">
            <w:pPr>
              <w:jc w:val="center"/>
            </w:pPr>
          </w:p>
          <w:p w14:paraId="5076BF2B" w14:textId="646F0DBD" w:rsidR="00561E28" w:rsidRDefault="00000000">
            <w:pPr>
              <w:jc w:val="center"/>
            </w:pP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7690C3A9" w14:textId="77777777" w:rsidR="00561E28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2AAF31F1" w14:textId="77777777" w:rsidR="00561E28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27EE5D29" w14:textId="77777777" w:rsidR="00561E28" w:rsidRDefault="00000000">
      <w:r>
        <w:rPr>
          <w:b/>
          <w:sz w:val="24"/>
        </w:rPr>
        <w:t>II. Actividades numéricas y conversiones</w:t>
      </w:r>
    </w:p>
    <w:p w14:paraId="7E78B659" w14:textId="77777777" w:rsidR="00561E28" w:rsidRDefault="00000000">
      <w:pPr>
        <w:spacing w:before="100" w:after="40"/>
      </w:pPr>
      <w:r>
        <w:rPr>
          <w:b/>
        </w:rPr>
        <w:t>1. Ordena los números decimales siguientes de forma creciente</w:t>
      </w:r>
    </w:p>
    <w:p w14:paraId="77F866F8" w14:textId="77777777" w:rsidR="00561E28" w:rsidRDefault="00000000">
      <w:r>
        <w:t>6,75 ; 6,075 ; 6,705 ; 6,0705 ; 6,7</w:t>
      </w:r>
    </w:p>
    <w:p w14:paraId="0F933501" w14:textId="07D49A38" w:rsidR="00561E28" w:rsidRDefault="00561E28"/>
    <w:p w14:paraId="1579C7FB" w14:textId="77777777" w:rsidR="006261E7" w:rsidRDefault="006261E7"/>
    <w:p w14:paraId="1D65130D" w14:textId="77777777" w:rsidR="00561E28" w:rsidRDefault="00000000">
      <w:pPr>
        <w:spacing w:before="100" w:after="40"/>
      </w:pPr>
      <w:r>
        <w:rPr>
          <w:b/>
        </w:rPr>
        <w:t>2. Coloca los dígitos adecuados para que el número sea múltiplo común de 2, 3, 5 y 9</w:t>
      </w:r>
    </w:p>
    <w:p w14:paraId="4998893A" w14:textId="77777777" w:rsidR="00561E28" w:rsidRDefault="00000000">
      <w:r>
        <w:t>7 _ 9 _</w:t>
      </w:r>
    </w:p>
    <w:p w14:paraId="77063DAB" w14:textId="77777777" w:rsidR="006261E7" w:rsidRDefault="006261E7"/>
    <w:p w14:paraId="4426DA0A" w14:textId="77777777" w:rsidR="006261E7" w:rsidRDefault="006261E7"/>
    <w:p w14:paraId="68630E1A" w14:textId="77777777" w:rsidR="006261E7" w:rsidRDefault="006261E7"/>
    <w:p w14:paraId="32E97EA8" w14:textId="77777777" w:rsidR="006261E7" w:rsidRDefault="006261E7">
      <w:pPr>
        <w:spacing w:before="100" w:after="40"/>
      </w:pPr>
    </w:p>
    <w:p w14:paraId="425324B6" w14:textId="7BF9A2DA" w:rsidR="00561E28" w:rsidRDefault="00000000">
      <w:pPr>
        <w:spacing w:before="100" w:after="40"/>
      </w:pPr>
      <w:r>
        <w:rPr>
          <w:b/>
        </w:rPr>
        <w:t>3. Escribe cuatro divisores del número 27</w:t>
      </w:r>
    </w:p>
    <w:p w14:paraId="0AB43ADA" w14:textId="1592D880" w:rsidR="00561E28" w:rsidRDefault="00561E28"/>
    <w:p w14:paraId="3485EB42" w14:textId="77777777" w:rsidR="006261E7" w:rsidRDefault="006261E7"/>
    <w:p w14:paraId="42387A13" w14:textId="77777777" w:rsidR="006261E7" w:rsidRDefault="006261E7"/>
    <w:p w14:paraId="3F4283C7" w14:textId="77777777" w:rsidR="00561E28" w:rsidRDefault="00000000">
      <w:pPr>
        <w:spacing w:before="100" w:after="40"/>
      </w:pPr>
      <w:r>
        <w:rPr>
          <w:b/>
        </w:rPr>
        <w:t>4. Considera el número decimal 0,3058</w:t>
      </w:r>
    </w:p>
    <w:p w14:paraId="75C6472D" w14:textId="77777777" w:rsidR="00561E28" w:rsidRDefault="00000000">
      <w:pPr>
        <w:pStyle w:val="Listaconvietas"/>
      </w:pPr>
      <w:r>
        <w:t xml:space="preserve">¿Cuál es el valor aproximado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defecto</w:t>
      </w:r>
      <w:proofErr w:type="spellEnd"/>
      <w:r>
        <w:t xml:space="preserve"> a 0,01?</w:t>
      </w:r>
    </w:p>
    <w:p w14:paraId="5885F338" w14:textId="77777777" w:rsidR="006261E7" w:rsidRDefault="006261E7">
      <w:pPr>
        <w:pStyle w:val="Listaconvietas"/>
      </w:pPr>
    </w:p>
    <w:p w14:paraId="52A57A0A" w14:textId="77777777" w:rsidR="00561E28" w:rsidRDefault="00000000">
      <w:pPr>
        <w:pStyle w:val="Listaconvietas"/>
      </w:pPr>
      <w:r>
        <w:t xml:space="preserve">¿Cuál es el valor aproximado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exceso</w:t>
      </w:r>
      <w:proofErr w:type="spellEnd"/>
      <w:r>
        <w:t xml:space="preserve"> a 0,01?</w:t>
      </w:r>
    </w:p>
    <w:p w14:paraId="78E9B341" w14:textId="77777777" w:rsidR="006261E7" w:rsidRDefault="006261E7" w:rsidP="006261E7">
      <w:pPr>
        <w:pStyle w:val="Listaconvietas"/>
        <w:numPr>
          <w:ilvl w:val="0"/>
          <w:numId w:val="0"/>
        </w:numPr>
        <w:ind w:left="360" w:hanging="360"/>
      </w:pPr>
    </w:p>
    <w:p w14:paraId="3147B2AB" w14:textId="77777777" w:rsidR="00561E28" w:rsidRDefault="00000000">
      <w:pPr>
        <w:spacing w:before="100" w:after="40"/>
      </w:pPr>
      <w:r>
        <w:rPr>
          <w:b/>
        </w:rPr>
        <w:lastRenderedPageBreak/>
        <w:t>5. Simplifica las dos fracciones</w:t>
      </w:r>
    </w:p>
    <w:p w14:paraId="7AD92BB9" w14:textId="77777777" w:rsidR="006261E7" w:rsidRDefault="006261E7"/>
    <w:p w14:paraId="269E0637" w14:textId="433246F6" w:rsidR="00561E28" w:rsidRDefault="00000000">
      <w:r>
        <w:t xml:space="preserve">3/18 = ..........   </w:t>
      </w:r>
      <w:r w:rsidR="006261E7">
        <w:tab/>
      </w:r>
      <w:r w:rsidR="006261E7">
        <w:tab/>
      </w:r>
      <w:r w:rsidR="006261E7">
        <w:tab/>
      </w:r>
      <w:r>
        <w:t xml:space="preserve">     9/36 = ..........</w:t>
      </w:r>
    </w:p>
    <w:p w14:paraId="4EF9268F" w14:textId="77777777" w:rsidR="006261E7" w:rsidRDefault="006261E7"/>
    <w:p w14:paraId="5C5C7AF4" w14:textId="77777777" w:rsidR="006261E7" w:rsidRDefault="006261E7"/>
    <w:p w14:paraId="17613962" w14:textId="77777777" w:rsidR="00561E28" w:rsidRDefault="00000000">
      <w:pPr>
        <w:spacing w:before="100" w:after="40"/>
        <w:rPr>
          <w:b/>
        </w:rPr>
      </w:pPr>
      <w:r>
        <w:rPr>
          <w:b/>
        </w:rPr>
        <w:t xml:space="preserve">6. Convierte a la </w:t>
      </w:r>
      <w:proofErr w:type="spellStart"/>
      <w:r>
        <w:rPr>
          <w:b/>
        </w:rPr>
        <w:t>unidad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pedida</w:t>
      </w:r>
      <w:proofErr w:type="spellEnd"/>
    </w:p>
    <w:p w14:paraId="323D894C" w14:textId="77777777" w:rsidR="006261E7" w:rsidRDefault="006261E7">
      <w:pPr>
        <w:spacing w:before="100" w:after="40"/>
      </w:pPr>
    </w:p>
    <w:p w14:paraId="07E3306F" w14:textId="0F2D1FB1" w:rsidR="00561E28" w:rsidRDefault="00000000">
      <w:pPr>
        <w:pStyle w:val="Listaconvietas"/>
      </w:pPr>
      <w:r>
        <w:t xml:space="preserve">8,04 km + 5 </w:t>
      </w:r>
      <w:proofErr w:type="gramStart"/>
      <w:r>
        <w:t>dam</w:t>
      </w:r>
      <w:proofErr w:type="gramEnd"/>
      <w:r>
        <w:t xml:space="preserve"> = </w:t>
      </w:r>
      <w:r w:rsidR="006261E7">
        <w:t>………………</w:t>
      </w:r>
      <w:r>
        <w:t>.......... m</w:t>
      </w:r>
    </w:p>
    <w:p w14:paraId="601DD598" w14:textId="77777777" w:rsidR="006261E7" w:rsidRDefault="006261E7" w:rsidP="006261E7">
      <w:pPr>
        <w:pStyle w:val="Listaconvietas"/>
        <w:numPr>
          <w:ilvl w:val="0"/>
          <w:numId w:val="0"/>
        </w:numPr>
        <w:ind w:left="360"/>
      </w:pPr>
    </w:p>
    <w:p w14:paraId="31C5BEE8" w14:textId="6A014B7D" w:rsidR="00561E28" w:rsidRDefault="00000000">
      <w:pPr>
        <w:pStyle w:val="Listaconvietas"/>
      </w:pPr>
      <w:r>
        <w:t xml:space="preserve">5,2 q 4,6 kg = </w:t>
      </w:r>
      <w:r w:rsidR="006261E7">
        <w:t>………….……………</w:t>
      </w:r>
      <w:r>
        <w:t>........ kg</w:t>
      </w:r>
    </w:p>
    <w:p w14:paraId="2A79C0C7" w14:textId="77777777" w:rsidR="006261E7" w:rsidRDefault="006261E7" w:rsidP="006261E7">
      <w:pPr>
        <w:pStyle w:val="Listaconvietas"/>
        <w:numPr>
          <w:ilvl w:val="0"/>
          <w:numId w:val="0"/>
        </w:numPr>
        <w:ind w:left="360"/>
      </w:pPr>
    </w:p>
    <w:p w14:paraId="0A39A70C" w14:textId="748694A4" w:rsidR="00561E28" w:rsidRDefault="00000000">
      <w:pPr>
        <w:pStyle w:val="Listaconvietas"/>
      </w:pPr>
      <w:r>
        <w:t>0,13 m² = ....</w:t>
      </w:r>
      <w:r w:rsidR="006261E7">
        <w:t>....................................</w:t>
      </w:r>
      <w:r>
        <w:t>...... dam²</w:t>
      </w:r>
    </w:p>
    <w:p w14:paraId="47FCCDDB" w14:textId="77777777" w:rsidR="006261E7" w:rsidRDefault="006261E7" w:rsidP="006261E7">
      <w:pPr>
        <w:pStyle w:val="Listaconvietas"/>
        <w:numPr>
          <w:ilvl w:val="0"/>
          <w:numId w:val="0"/>
        </w:numPr>
        <w:ind w:left="360"/>
      </w:pPr>
    </w:p>
    <w:p w14:paraId="60CA25E3" w14:textId="215C4D0C" w:rsidR="00561E28" w:rsidRDefault="00000000">
      <w:pPr>
        <w:pStyle w:val="Listaconvietas"/>
      </w:pPr>
      <w:r>
        <w:t>77 ha 9,5 m² = ......</w:t>
      </w:r>
      <w:r w:rsidR="006261E7">
        <w:t>................................</w:t>
      </w:r>
      <w:r>
        <w:t>.... a</w:t>
      </w:r>
    </w:p>
    <w:p w14:paraId="5E5869D0" w14:textId="77777777" w:rsidR="006261E7" w:rsidRDefault="006261E7" w:rsidP="006261E7">
      <w:pPr>
        <w:pStyle w:val="Listaconvietas"/>
        <w:numPr>
          <w:ilvl w:val="0"/>
          <w:numId w:val="0"/>
        </w:numPr>
        <w:ind w:left="360"/>
      </w:pPr>
    </w:p>
    <w:p w14:paraId="461C6DF3" w14:textId="77777777" w:rsidR="00561E28" w:rsidRDefault="00000000">
      <w:r>
        <w:rPr>
          <w:b/>
          <w:sz w:val="24"/>
        </w:rPr>
        <w:t>III. Actividades geométricas</w:t>
      </w:r>
    </w:p>
    <w:p w14:paraId="4BB2E01D" w14:textId="77777777" w:rsidR="00561E28" w:rsidRDefault="00000000">
      <w:pPr>
        <w:pStyle w:val="Listaconvietas"/>
      </w:pPr>
      <w:r>
        <w:t>Construye la circunferencia (C) de centro O y radio 4 cm.</w:t>
      </w:r>
    </w:p>
    <w:p w14:paraId="284C9466" w14:textId="77777777" w:rsidR="00561E28" w:rsidRDefault="00000000">
      <w:pPr>
        <w:pStyle w:val="Listaconvietas"/>
      </w:pPr>
      <w:r>
        <w:t>Coloca dos puntos A y B sobre la circunferencia (C) de forma que AOB = 80°.</w:t>
      </w:r>
    </w:p>
    <w:p w14:paraId="1CE5DB0F" w14:textId="77777777" w:rsidR="00561E28" w:rsidRDefault="00000000">
      <w:pPr>
        <w:pStyle w:val="Listaconvietas"/>
      </w:pPr>
      <w:r>
        <w:t>Indica la naturaleza del triángulo OAB.</w:t>
      </w:r>
    </w:p>
    <w:p w14:paraId="3911854C" w14:textId="77777777" w:rsidR="00561E28" w:rsidRDefault="00000000">
      <w:pPr>
        <w:pStyle w:val="Listaconvietas"/>
      </w:pPr>
      <w:r>
        <w:t>Deduce la medida del ángulo OAB.</w:t>
      </w:r>
    </w:p>
    <w:p w14:paraId="24448962" w14:textId="77777777" w:rsidR="006261E7" w:rsidRDefault="006261E7"/>
    <w:p w14:paraId="51163D01" w14:textId="77777777" w:rsidR="006261E7" w:rsidRDefault="006261E7"/>
    <w:p w14:paraId="74160F87" w14:textId="77777777" w:rsidR="006261E7" w:rsidRDefault="006261E7"/>
    <w:p w14:paraId="01F3D3CC" w14:textId="77777777" w:rsidR="006261E7" w:rsidRDefault="006261E7"/>
    <w:p w14:paraId="5CC17A24" w14:textId="77777777" w:rsidR="006261E7" w:rsidRDefault="006261E7"/>
    <w:p w14:paraId="7D78AFBE" w14:textId="0210E22D" w:rsidR="00561E28" w:rsidRDefault="00000000">
      <w:r>
        <w:rPr>
          <w:b/>
          <w:sz w:val="24"/>
        </w:rPr>
        <w:t>IV. Problemas</w:t>
      </w:r>
    </w:p>
    <w:p w14:paraId="19FB0D21" w14:textId="77777777" w:rsidR="00561E28" w:rsidRDefault="00000000">
      <w:r>
        <w:t>Un obrero cobra 109,5 dirhams por día.</w:t>
      </w:r>
    </w:p>
    <w:p w14:paraId="4F335D44" w14:textId="77777777" w:rsidR="00561E28" w:rsidRDefault="00000000">
      <w:pPr>
        <w:pStyle w:val="Listaconvietas"/>
      </w:pPr>
      <w:r>
        <w:t>Calcula el salario mensual de este obrero, sabiendo que el mes tiene 30 días.</w:t>
      </w:r>
    </w:p>
    <w:p w14:paraId="008DCEFA" w14:textId="77777777" w:rsidR="00561E28" w:rsidRDefault="00000000">
      <w:pPr>
        <w:pStyle w:val="Listaconvietas"/>
      </w:pPr>
      <w:r>
        <w:t>Si su esposa cobra 3190 dirhams al mes, calcula la diferencia entre los dos salarios.</w:t>
      </w:r>
    </w:p>
    <w:p w14:paraId="3C98E469" w14:textId="0577A4D9" w:rsidR="00561E28" w:rsidRDefault="00561E28"/>
    <w:p w14:paraId="2B4CEAB6" w14:textId="77777777" w:rsidR="006261E7" w:rsidRDefault="006261E7"/>
    <w:sectPr w:rsidR="006261E7" w:rsidSect="00034616"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4618279">
    <w:abstractNumId w:val="8"/>
  </w:num>
  <w:num w:numId="2" w16cid:durableId="1739664902">
    <w:abstractNumId w:val="6"/>
  </w:num>
  <w:num w:numId="3" w16cid:durableId="855584608">
    <w:abstractNumId w:val="5"/>
  </w:num>
  <w:num w:numId="4" w16cid:durableId="357313639">
    <w:abstractNumId w:val="4"/>
  </w:num>
  <w:num w:numId="5" w16cid:durableId="1702978443">
    <w:abstractNumId w:val="7"/>
  </w:num>
  <w:num w:numId="6" w16cid:durableId="1635670614">
    <w:abstractNumId w:val="3"/>
  </w:num>
  <w:num w:numId="7" w16cid:durableId="1023437684">
    <w:abstractNumId w:val="2"/>
  </w:num>
  <w:num w:numId="8" w16cid:durableId="1521698765">
    <w:abstractNumId w:val="1"/>
  </w:num>
  <w:num w:numId="9" w16cid:durableId="103195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1E28"/>
    <w:rsid w:val="006261E7"/>
    <w:rsid w:val="00AA1D8D"/>
    <w:rsid w:val="00B1534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EC66C"/>
  <w14:defaultImageDpi w14:val="300"/>
  <w15:docId w15:val="{AFDC018E-AB44-4136-BE50-CB0099B2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2026-06-29T15:25:00Z</dcterms:modified>
  <cp:category/>
</cp:coreProperties>
</file>