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Ben Slimane 2016 - Enunciado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t>No se permite utilizar calculadora. Duración: 1 h 30 min. Coeficiente: 2.</w:t>
      </w:r>
    </w:p>
    <w:p>
      <w:r>
        <w:rPr>
          <w:b/>
          <w:sz w:val="24"/>
        </w:rPr>
        <w:t>I. Números y cálculo (16 puntos)</w:t>
      </w:r>
    </w:p>
    <w:p>
      <w:r>
        <w:t>1. Ordena los números siguientes de forma creciente usando el signo adecuado: 134/9 ; 14,8 ; 180/11 ; 16,75 ; 14,33.</w:t>
      </w:r>
    </w:p>
    <w:p>
      <w:r>
        <w:t>2. Coloca y calcula: 9004 - (856 + 24,6).</w:t>
      </w:r>
    </w:p>
    <w:p>
      <w:r>
        <w:t>3. Calcula: (1/4 + 2/3) : (1/2 - 1/5).</w:t>
      </w:r>
    </w:p>
    <w:p>
      <w:r>
        <w:t>4. Coloca y calcula: 316 x 8,64.</w:t>
      </w:r>
    </w:p>
    <w:p>
      <w:r>
        <w:t>5. Halla el cociente exacto de: 269,5 : 27,5.</w:t>
      </w:r>
    </w:p>
    <w:p>
      <w:r>
        <w:t>6. Problema: Ahmed quiere pintar su habitación. La superficie de sus paredes es 45 m². Una lata de 5 L sirve para pintar 15 m². ¿Qué cantidad de pintura necesita? ¿Cuántas latas hacen falta?</w:t>
      </w:r>
    </w:p>
    <w:p>
      <w:r>
        <w:rPr>
          <w:b/>
          <w:sz w:val="24"/>
        </w:rPr>
        <w:t>II. Geometría (11 puntos)</w:t>
      </w:r>
    </w:p>
    <w:p>
      <w:r>
        <w:t>7. Dibuja un ángulo AOB de 120° usando los instrumentos geométricos adecuados.</w:t>
      </w:r>
    </w:p>
    <w:p>
      <w:r>
        <w:t>8. Construye un paralelogramo EFGH tal que EF = 5 cm, FG = 3 cm y ángulo EFG = 40°.</w:t>
      </w:r>
    </w:p>
    <w:p>
      <w:r>
        <w:t>9. Construye la figura simétrica de la siguiente con respecto a la recta (D).</w:t>
      </w:r>
    </w:p>
    <w:p>
      <w:r>
        <w:rPr>
          <w:b/>
          <w:sz w:val="24"/>
        </w:rPr>
        <w:t>III. Medida (13 puntos)</w:t>
      </w:r>
    </w:p>
    <w:p>
      <w:r>
        <w:t>10. Problema: el área de un disco es 153,86 cm². ¿Cuál es su perímetro?</w:t>
      </w:r>
    </w:p>
    <w:p>
      <w:r>
        <w:t>11. Convierte a la unidad pedida: 0,25 m 32,7 dm = ... dam; 1 t 25,36 kg = ... q; 8 ha 15 ca = ... m²; 75 dal 3,25 m³ 17,05 dm³ = ... dl.</w:t>
      </w:r>
    </w:p>
    <w:p>
      <w:r>
        <w:t>12. Problema: un agricultor recoge agua de lluvia en un depósito rectangular de 12 m de largo, 8 m de ancho y 2 m de alto. Si el agua llega a 1,2 m, ¿cuántos litros faltan para llenarlo completamente?</w:t>
      </w:r>
    </w:p>
    <w:p>
      <w:r>
        <w:rPr>
          <w:b/>
          <w:sz w:val="22"/>
        </w:rPr>
        <w:t>Figura para la simetría del ejercicio 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17926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nslimane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79265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