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Ben Slimane 2017 - Enunciado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t>Duración: 1 h 30 min.</w:t>
      </w:r>
    </w:p>
    <w:p>
      <w:r>
        <w:rPr>
          <w:b/>
          <w:sz w:val="24"/>
        </w:rPr>
        <w:t>I. Actividades numéricas (20 puntos)</w:t>
      </w:r>
    </w:p>
    <w:p>
      <w:r>
        <w:t>1. Calcula las operaciones siguientes: 504 - (267,3187 + 81,04); 35,705 x 4,12; 1137,35 : 43.</w:t>
      </w:r>
    </w:p>
    <w:p>
      <w:r>
        <w:t>2. Usando una sola vez cada una de las cifras 5, 6 y 7, escribe: a) dos números de tres cifras divisibles por 2; b) dos números de tres cifras divisibles por 5.</w:t>
      </w:r>
    </w:p>
    <w:p>
      <w:r>
        <w:t>3. Ordena de forma decreciente: 5/6 ; 3/4 ; 0,5 ; 0,25 ; 0,7.</w:t>
      </w:r>
    </w:p>
    <w:p>
      <w:r>
        <w:t>4. Calcula: (3/4 + 0,4) : 2.</w:t>
      </w:r>
    </w:p>
    <w:p>
      <w:r>
        <w:t>5. Completa la tabla y encuentra el coeficiente de proporcionalidad.</w:t>
      </w:r>
    </w:p>
    <w:p>
      <w:r>
        <w:rPr>
          <w:b/>
          <w:sz w:val="24"/>
        </w:rPr>
        <w:t>II. Actividades de medida (10 puntos)</w:t>
      </w:r>
    </w:p>
    <w:p>
      <w:r>
        <w:t>6. Convierte a la unidad pedida: 3,5 t 4,6 kg 347 hg = ... q; 3 ha 5 a 12 ca = ... m²; 23,5 L 17 dm³ 0,21 m³ = ... L.</w:t>
      </w:r>
    </w:p>
    <w:p>
      <w:r>
        <w:t>7. Un barril cilíndrico tiene radio 25 cm y altura 135 cm. Se llena de aceite de oliva. Calcula la masa del aceite si 1 litro pesa 0,93 kg. Usa π = 3,14.</w:t>
      </w:r>
    </w:p>
    <w:p>
      <w:r>
        <w:rPr>
          <w:b/>
          <w:sz w:val="24"/>
        </w:rPr>
        <w:t>III. Actividades geométricas (10 puntos)</w:t>
      </w:r>
    </w:p>
    <w:p>
      <w:r>
        <w:t>8. Dibuja una circunferencia de centro O y radio 3 cm. Calcula su perímetro y el área del disco.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