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Fqih Ben Salah 2017 —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Soluciones principales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DEDED"/>
          </w:tcPr>
          <w:p>
            <w:r>
              <w:t>Nº</w:t>
            </w:r>
          </w:p>
        </w:tc>
        <w:tc>
          <w:tcPr>
            <w:tcW w:type="dxa" w:w="5184"/>
            <w:shd w:fill="EDEDED"/>
          </w:tcPr>
          <w:p>
            <w:r>
              <w:t>Solución / criterio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Orden decreciente: 1 &gt; 7/9 &gt; 0,76 &gt; 3/4 &gt; 0,705 &gt; 0,57.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(5067 - 264,25) + 988,7 = 5791,45 ; 3874 × 6,9 = 26730,6 ; 571,2 ÷ 85 = 6,72.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(2/3 + 1/6) × (9/10 - 3/5) = 5/6 × 3/10 = 15/60 = 1/4.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2,6 cm × 2 500 000 = 6 500 000 cm = 65 km.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Ángulo de 75°: agudo. Construcción de la bisectriz.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Construcción correcta del triángulo EFG.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Simétrico correcto de la figura KLMN respecto del eje (D).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Longitud: 8 × 2 = 16 m. Área: 8 × 16 = 128 m². Baldosas: 128 × 25 = 3200.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9,809 q ; 795,4 dam ; 9090 ca ; 477,34 l.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Volumen total: 2 × 2 × 3,14 × 5 = 62,8 m³. Agua: 62,8 × 4/5 = 50,24 m³ = 50240 l.</w:t>
            </w:r>
          </w:p>
        </w:tc>
      </w:tr>
    </w:tbl>
    <w:p/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91083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qih_co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91083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536582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qih_cor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6582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