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Guercif 2016 - Enunciado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t>No se permite utilizar calculadora. Duración: 1 h 30 min.</w:t>
      </w:r>
    </w:p>
    <w:p>
      <w:r>
        <w:rPr>
          <w:b/>
          <w:sz w:val="24"/>
        </w:rPr>
        <w:t>I. Números y cálculo (16 puntos)</w:t>
      </w:r>
    </w:p>
    <w:p>
      <w:r>
        <w:t>1. Ordena los números siguientes de mayor a menor: 3,15; 3,4; 3,05; 3,35; 16/5.</w:t>
      </w:r>
    </w:p>
    <w:p>
      <w:r>
        <w:t>2. Coloca y calcula: (314,72 + 513,2) - 724,27; 324,6 x 4,05; 2449,5 : 21,3.</w:t>
      </w:r>
    </w:p>
    <w:p>
      <w:r>
        <w:t>3. Calcula: (3/8 - 1/12) + (5/4 x 1/3).</w:t>
      </w:r>
    </w:p>
    <w:p>
      <w:r>
        <w:t>4. Problema: una persona deposita 6500 dirhams en un banco al 6%. ¿Cuál será su nuevo capital después de un año?</w:t>
      </w:r>
    </w:p>
    <w:p>
      <w:r>
        <w:rPr>
          <w:b/>
          <w:sz w:val="24"/>
        </w:rPr>
        <w:t>II. Geometría (11 puntos)</w:t>
      </w:r>
    </w:p>
    <w:p>
      <w:r>
        <w:t>5. Dibuja un ángulo XOY de 65° y traza su bisectriz [OT].</w:t>
      </w:r>
    </w:p>
    <w:p>
      <w:r>
        <w:t>6. Construye un triángulo ABC tal que BC = 5 cm, ángulo ABC = 60° y ángulo ACB = 50°.</w:t>
      </w:r>
    </w:p>
    <w:p>
      <w:r>
        <w:t>7. Construye la figura simétrica de la figura (F) respecto de la recta (D).</w:t>
      </w:r>
    </w:p>
    <w:p>
      <w:r>
        <w:t>8. Problema: un rectángulo de 9 cm por 6 cm representa el plano de un campo a escala 1/600. a) Calcula el área real del campo en áreas. b) Calcula la masa de la cosecha si cada área produce 22,5 q.</w:t>
      </w:r>
    </w:p>
    <w:p>
      <w:r>
        <w:rPr>
          <w:b/>
          <w:sz w:val="24"/>
        </w:rPr>
        <w:t>III. Medida (13 puntos)</w:t>
      </w:r>
    </w:p>
    <w:p>
      <w:r>
        <w:t>9. Convierte: 72,8 km 57,4 m = ... dam; 9,78 q 5,82 kg = ... t; 1,054 ha 82,9 m² = ... a; 3,7 m³ 4328,5 dl = ... dm³.</w:t>
      </w:r>
    </w:p>
    <w:p>
      <w:r>
        <w:t>10. La masa volumétrica de la gasolina es 0,75 kg/dm³. ¿Cuál es la masa de 55 L de gasolina?</w:t>
      </w:r>
    </w:p>
    <w:p>
      <w:r>
        <w:t>11. Un depósito cilíndrico tiene altura 30 m y radio de base 2,5 m. Calcula la cantidad de agua que puede contener, en litros.</w:t>
      </w:r>
    </w:p>
    <w:p>
      <w:r>
        <w:rPr>
          <w:b/>
          <w:sz w:val="22"/>
        </w:rPr>
        <w:t>Figura para el ejercicio de simetría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1821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ercif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18211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