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M’diq-Fnideq 2017</w:t>
      </w:r>
    </w:p>
    <w:p>
      <w:pPr>
        <w:jc w:val="center"/>
      </w:pPr>
      <w:r>
        <w:rPr>
          <w:i/>
          <w:sz w:val="20"/>
        </w:rPr>
        <w:t>Corrección traducida al castellano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N.º</w:t>
            </w:r>
          </w:p>
        </w:tc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Respuesta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793,242 ; 6415,2 ; 4738,7964 ; 510,4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7/8 − (1/8 + 0,3) = 18/40 = 9/20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Divisores comunes de 12 y 24: 1, 2, 3, 4, 6, 12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2,24 &gt; 8/3 &gt; 7/25 &gt; 0,24 &gt; 11/45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Tiempo: 2 h 30 min. Distancia: 80 × 150/60 = 200 km. Para 400 km: 400/80 = 5 h.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Ángulo AOB de 125°, obtuso; se traza su bisectriz.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Trapecio ABCD correctamente construido.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Perímetro = 2080 ÷ 2,60 = 800 m; L + a = 400; L = 5/8 a; a = 250 m; L = 150 m; área = 37 500 m² = 3,75 ha.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9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795,4 dam; 3608,38 kg; 196 a; 9880 L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10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Volumen del depósito = 5 × 5 × 3,14 × 6 = 471 m³. Tiempo = 471 ÷ 78,5 = 6 h.</w:t>
            </w:r>
          </w:p>
        </w:tc>
      </w:tr>
    </w:tbl>
    <w:p/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