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— Settat — 2016</w:t>
      </w:r>
    </w:p>
    <w:p>
      <w:pPr>
        <w:jc w:val="center"/>
      </w:pPr>
      <w:r>
        <w:rPr>
          <w:i/>
          <w:sz w:val="21"/>
        </w:rPr>
        <w:t>Matemáticas — Enunciado traducido al castellano</w:t>
      </w:r>
    </w:p>
    <w:p>
      <w:r>
        <w:rPr>
          <w:b/>
          <w:sz w:val="24"/>
        </w:rPr>
        <w:t>I. Números y cálculo (16 puntos)</w:t>
      </w:r>
    </w:p>
    <w:p>
      <w:pPr>
        <w:pStyle w:val="ListNumber"/>
        <w:spacing w:after="60"/>
      </w:pPr>
      <w:r>
        <w:t>Ordena los números siguientes de forma decreciente usando el símbolo adecuado: 3/5 ; 0,65 ; 0,606 ; 6/9 ; 0,61.</w:t>
      </w:r>
    </w:p>
    <w:p>
      <w:pPr>
        <w:pStyle w:val="ListNumber"/>
        <w:spacing w:after="60"/>
      </w:pPr>
      <w:r>
        <w:t>Coloca y calcula: 4068,7 − (778,83 + 980,795).</w:t>
      </w:r>
    </w:p>
    <w:p>
      <w:pPr>
        <w:pStyle w:val="ListNumber"/>
        <w:spacing w:after="60"/>
      </w:pPr>
      <w:r>
        <w:t>Calcula: (1 + 1/3) ÷ (3/4 − 1/5).</w:t>
      </w:r>
    </w:p>
    <w:p>
      <w:pPr>
        <w:pStyle w:val="ListNumber"/>
        <w:spacing w:after="60"/>
      </w:pPr>
      <w:r>
        <w:t>Coloca y calcula: 66,07 × 4,8.</w:t>
      </w:r>
    </w:p>
    <w:p>
      <w:pPr>
        <w:pStyle w:val="ListNumber"/>
        <w:spacing w:after="60"/>
      </w:pPr>
      <w:r>
        <w:t>Halla el cociente exacto de: 634,5 ÷ 4,7.</w:t>
      </w:r>
    </w:p>
    <w:p>
      <w:pPr>
        <w:pStyle w:val="ListNumber"/>
        <w:spacing w:after="60"/>
      </w:pPr>
      <w:r>
        <w:t>Ali compró un televisor por 9114 dirhams después de una rebaja de 686 dirhams. Halla el porcentaje de descuento del que se benefició.</w:t>
      </w:r>
    </w:p>
    <w:p>
      <w:r>
        <w:rPr>
          <w:b/>
          <w:sz w:val="24"/>
        </w:rPr>
        <w:t>II. Geometría (11 puntos)</w:t>
      </w:r>
    </w:p>
    <w:p>
      <w:pPr>
        <w:pStyle w:val="ListNumber"/>
        <w:spacing w:after="60"/>
      </w:pPr>
      <w:r>
        <w:t>Dibuja un ángulo AOB de 120° usando los instrumentos geométricos adecuados.</w:t>
      </w:r>
    </w:p>
    <w:p>
      <w:pPr>
        <w:pStyle w:val="ListNumber"/>
        <w:spacing w:after="60"/>
      </w:pPr>
      <w:r>
        <w:t>Construye un triángulo ABC rectángulo en C, con CB = 5 cm y AC = 3 cm.</w:t>
      </w:r>
    </w:p>
    <w:p>
      <w:pPr>
        <w:pStyle w:val="ListNumber"/>
        <w:spacing w:after="60"/>
      </w:pPr>
      <w:r>
        <w:t>Construye el simétrico de la figura siguiente respecto de la recta (D).</w:t>
      </w:r>
    </w:p>
    <w:p>
      <w:r>
        <w:rPr>
          <w:i/>
          <w:sz w:val="18"/>
        </w:rPr>
        <w:t>Figura de referencia del ejercicio de simetría.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120640" cy="18669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ttat_2016_simetria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18669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sz w:val="24"/>
        </w:rPr>
        <w:t>III. Medida (13 puntos)</w:t>
      </w:r>
    </w:p>
    <w:p>
      <w:pPr>
        <w:pStyle w:val="ListNumber"/>
        <w:spacing w:after="60"/>
      </w:pPr>
      <w:r>
        <w:t>Un agricultor quiere cercar un campo rectangular de 240 m de largo y 1,8 ha de superficie. Calcula el coste de la cerca si el precio de un metro es 6,5 dh.</w:t>
      </w:r>
    </w:p>
    <w:p>
      <w:pPr>
        <w:pStyle w:val="ListNumber"/>
        <w:spacing w:after="60"/>
      </w:pPr>
      <w:r>
        <w:t>Convierte: 687 mm 4,99 cm 8,6 dam = … dm.</w:t>
      </w:r>
    </w:p>
    <w:p>
      <w:pPr>
        <w:pStyle w:val="ListNumber"/>
        <w:spacing w:after="60"/>
      </w:pPr>
      <w:r>
        <w:t>Convierte: 1 t 15,8 q 103 hg = … kg.</w:t>
      </w:r>
    </w:p>
    <w:p>
      <w:pPr>
        <w:pStyle w:val="ListNumber"/>
        <w:spacing w:after="60"/>
      </w:pPr>
      <w:r>
        <w:t>Convierte: 0,67 dam² 0,75 hm² 36 ca = … a.</w:t>
      </w:r>
    </w:p>
    <w:p>
      <w:pPr>
        <w:pStyle w:val="ListNumber"/>
        <w:spacing w:after="60"/>
      </w:pPr>
      <w:r>
        <w:t>Convierte: 15,8 m³ 89,7 l 36,85 dal = … dm³.</w:t>
      </w:r>
    </w:p>
    <w:p>
      <w:pPr>
        <w:pStyle w:val="ListNumber"/>
        <w:spacing w:after="60"/>
      </w:pPr>
      <w:r>
        <w:t>Un depósito de agua con forma de ortoedro mide 20 m de largo, 15 m de ancho y 4,2 m de profundidad. Se usa un tercio de su capacidad para regar un campo cercano. Halla el nuevo volumen de agua en el depósito.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