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Sidi Kacem — 2017</w:t>
      </w:r>
    </w:p>
    <w:p>
      <w:pPr>
        <w:jc w:val="center"/>
      </w:pPr>
      <w:r>
        <w:rPr>
          <w:i/>
          <w:sz w:val="21"/>
        </w:rPr>
        <w:t>Matemáticas — Corrección traducida al castellano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2F8"/>
          </w:tcPr>
          <w:p>
            <w:r>
              <w:rPr>
                <w:b/>
              </w:rPr>
              <w:t>Ejercicio</w:t>
            </w:r>
          </w:p>
        </w:tc>
        <w:tc>
          <w:tcPr>
            <w:tcW w:type="dxa" w:w="5184"/>
            <w:shd w:fill="EAF2F8"/>
          </w:tcPr>
          <w:p>
            <w:r>
              <w:rPr>
                <w:b/>
              </w:rPr>
              <w:t>Respuesta / solución</w:t>
            </w:r>
          </w:p>
        </w:tc>
      </w:tr>
      <w:tr>
        <w:tc>
          <w:tcPr>
            <w:tcW w:type="dxa" w:w="5184"/>
          </w:tcPr>
          <w:p>
            <w:r>
              <w:t>1</w:t>
            </w:r>
          </w:p>
        </w:tc>
        <w:tc>
          <w:tcPr>
            <w:tcW w:type="dxa" w:w="5184"/>
          </w:tcPr>
          <w:p>
            <w:r>
              <w:t>Orden creciente: 25/84 &lt; 3,033 &lt; 18/5 &lt; 3,609 &lt; 3,66.</w:t>
            </w:r>
          </w:p>
        </w:tc>
      </w:tr>
      <w:tr>
        <w:tc>
          <w:tcPr>
            <w:tcW w:type="dxa" w:w="5184"/>
          </w:tcPr>
          <w:p>
            <w:r>
              <w:t>2</w:t>
            </w:r>
          </w:p>
        </w:tc>
        <w:tc>
          <w:tcPr>
            <w:tcW w:type="dxa" w:w="5184"/>
          </w:tcPr>
          <w:p>
            <w:r>
              <w:t>7822,3 − (892 + 97,612) = 6832,688.</w:t>
            </w:r>
          </w:p>
        </w:tc>
      </w:tr>
      <w:tr>
        <w:tc>
          <w:tcPr>
            <w:tcW w:type="dxa" w:w="5184"/>
          </w:tcPr>
          <w:p>
            <w:r>
              <w:t>3</w:t>
            </w:r>
          </w:p>
        </w:tc>
        <w:tc>
          <w:tcPr>
            <w:tcW w:type="dxa" w:w="5184"/>
          </w:tcPr>
          <w:p>
            <w:r>
              <w:t>917,4 × 8,35 = 7660,29.</w:t>
            </w:r>
          </w:p>
        </w:tc>
      </w:tr>
      <w:tr>
        <w:tc>
          <w:tcPr>
            <w:tcW w:type="dxa" w:w="5184"/>
          </w:tcPr>
          <w:p>
            <w:r>
              <w:t>4</w:t>
            </w:r>
          </w:p>
        </w:tc>
        <w:tc>
          <w:tcPr>
            <w:tcW w:type="dxa" w:w="5184"/>
          </w:tcPr>
          <w:p>
            <w:r>
              <w:t>21,899 ÷ 7,18 = 3,05.</w:t>
            </w:r>
          </w:p>
        </w:tc>
      </w:tr>
      <w:tr>
        <w:tc>
          <w:tcPr>
            <w:tcW w:type="dxa" w:w="5184"/>
          </w:tcPr>
          <w:p>
            <w:r>
              <w:t>5</w:t>
            </w:r>
          </w:p>
        </w:tc>
        <w:tc>
          <w:tcPr>
            <w:tcW w:type="dxa" w:w="5184"/>
          </w:tcPr>
          <w:p>
            <w:r>
              <w:t>(2/3 − 1/6) × 3/4 + 0,5 = 0,4 según el resultado del documento original.</w:t>
            </w:r>
          </w:p>
        </w:tc>
      </w:tr>
      <w:tr>
        <w:tc>
          <w:tcPr>
            <w:tcW w:type="dxa" w:w="5184"/>
          </w:tcPr>
          <w:p>
            <w:r>
              <w:t>6</w:t>
            </w:r>
          </w:p>
        </w:tc>
        <w:tc>
          <w:tcPr>
            <w:tcW w:type="dxa" w:w="5184"/>
          </w:tcPr>
          <w:p>
            <w:r>
              <w:t>Distancia real: (2,4 × 2 500 000) ÷ 100000 = 60 km.</w:t>
            </w:r>
          </w:p>
        </w:tc>
      </w:tr>
      <w:tr>
        <w:tc>
          <w:tcPr>
            <w:tcW w:type="dxa" w:w="5184"/>
          </w:tcPr>
          <w:p>
            <w:r>
              <w:t>7</w:t>
            </w:r>
          </w:p>
        </w:tc>
        <w:tc>
          <w:tcPr>
            <w:tcW w:type="dxa" w:w="5184"/>
          </w:tcPr>
          <w:p>
            <w:r>
              <w:t>Construcción correcta del ángulo BÔA de 166°, con puntos nombrados y bisectriz OT.</w:t>
            </w:r>
          </w:p>
        </w:tc>
      </w:tr>
      <w:tr>
        <w:tc>
          <w:tcPr>
            <w:tcW w:type="dxa" w:w="5184"/>
          </w:tcPr>
          <w:p>
            <w:r>
              <w:t>8</w:t>
            </w:r>
          </w:p>
        </w:tc>
        <w:tc>
          <w:tcPr>
            <w:tcW w:type="dxa" w:w="5184"/>
          </w:tcPr>
          <w:p>
            <w:r>
              <w:t>Construcción del rombo con diagonales de 7 cm y 5 cm, perpendiculares y con el mismo punto medio.</w:t>
            </w:r>
          </w:p>
        </w:tc>
      </w:tr>
      <w:tr>
        <w:tc>
          <w:tcPr>
            <w:tcW w:type="dxa" w:w="5184"/>
          </w:tcPr>
          <w:p>
            <w:r>
              <w:t>9</w:t>
            </w:r>
          </w:p>
        </w:tc>
        <w:tc>
          <w:tcPr>
            <w:tcW w:type="dxa" w:w="5184"/>
          </w:tcPr>
          <w:p>
            <w:r>
              <w:t>Circunferencia de centro O y diámetro 6 cm. Perímetro: 3,14 × 6 = 18,84 cm.</w:t>
            </w:r>
          </w:p>
        </w:tc>
      </w:tr>
      <w:tr>
        <w:tc>
          <w:tcPr>
            <w:tcW w:type="dxa" w:w="5184"/>
          </w:tcPr>
          <w:p>
            <w:r>
              <w:t>10</w:t>
            </w:r>
          </w:p>
        </w:tc>
        <w:tc>
          <w:tcPr>
            <w:tcW w:type="dxa" w:w="5184"/>
          </w:tcPr>
          <w:p>
            <w:r>
              <w:t>Área de la figura gris: 20 × 7 = 140 m².</w:t>
            </w:r>
          </w:p>
        </w:tc>
      </w:tr>
      <w:tr>
        <w:tc>
          <w:tcPr>
            <w:tcW w:type="dxa" w:w="5184"/>
          </w:tcPr>
          <w:p>
            <w:r>
              <w:t>11</w:t>
            </w:r>
          </w:p>
        </w:tc>
        <w:tc>
          <w:tcPr>
            <w:tcW w:type="dxa" w:w="5184"/>
          </w:tcPr>
          <w:p>
            <w:r>
              <w:t>7601 dm + 0,999 hm = 0,86 km.</w:t>
            </w:r>
          </w:p>
        </w:tc>
      </w:tr>
      <w:tr>
        <w:tc>
          <w:tcPr>
            <w:tcW w:type="dxa" w:w="5184"/>
          </w:tcPr>
          <w:p>
            <w:r>
              <w:t>12</w:t>
            </w:r>
          </w:p>
        </w:tc>
        <w:tc>
          <w:tcPr>
            <w:tcW w:type="dxa" w:w="5184"/>
          </w:tcPr>
          <w:p>
            <w:r>
              <w:t>0,5 t + 28,7 hg + 4,2 q = 922,87 kg.</w:t>
            </w:r>
          </w:p>
        </w:tc>
      </w:tr>
      <w:tr>
        <w:tc>
          <w:tcPr>
            <w:tcW w:type="dxa" w:w="5184"/>
          </w:tcPr>
          <w:p>
            <w:r>
              <w:t>13</w:t>
            </w:r>
          </w:p>
        </w:tc>
        <w:tc>
          <w:tcPr>
            <w:tcW w:type="dxa" w:w="5184"/>
          </w:tcPr>
          <w:p>
            <w:r>
              <w:t>15600 m² + 5,3 a = 1,613 ha.</w:t>
            </w:r>
          </w:p>
        </w:tc>
      </w:tr>
      <w:tr>
        <w:tc>
          <w:tcPr>
            <w:tcW w:type="dxa" w:w="5184"/>
          </w:tcPr>
          <w:p>
            <w:r>
              <w:t>14</w:t>
            </w:r>
          </w:p>
        </w:tc>
        <w:tc>
          <w:tcPr>
            <w:tcW w:type="dxa" w:w="5184"/>
          </w:tcPr>
          <w:p>
            <w:r>
              <w:t>0,073 m³ + 0,02 hl = 75 l.</w:t>
            </w:r>
          </w:p>
        </w:tc>
      </w:tr>
      <w:tr>
        <w:tc>
          <w:tcPr>
            <w:tcW w:type="dxa" w:w="5184"/>
          </w:tcPr>
          <w:p>
            <w:r>
              <w:t>15</w:t>
            </w:r>
          </w:p>
        </w:tc>
        <w:tc>
          <w:tcPr>
            <w:tcW w:type="dxa" w:w="5184"/>
          </w:tcPr>
          <w:p>
            <w:r>
              <w:t>Volumen de perfume: 12 × 8 × 3 × 2/3 = 192 cm³ = 0,192 l.</w:t>
            </w:r>
          </w:p>
        </w:tc>
      </w:tr>
    </w:tbl>
    <w:p/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