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Tan-Tan 2017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r>
        <w:rPr>
          <w:b/>
          <w:sz w:val="24"/>
        </w:rPr>
        <w:t>I. Números y cálculo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1. Orden creciente</w:t>
            </w:r>
          </w:p>
        </w:tc>
        <w:tc>
          <w:tcPr>
            <w:tcW w:type="dxa" w:w="5270"/>
          </w:tcPr>
          <w:p>
            <w:r>
              <w:t>0,06 &lt; 3/5 &lt; 1,05 &lt; 3/2 &lt; 6.</w:t>
            </w:r>
          </w:p>
        </w:tc>
      </w:tr>
      <w:tr>
        <w:tc>
          <w:tcPr>
            <w:tcW w:type="dxa" w:w="5270"/>
          </w:tcPr>
          <w:p>
            <w:r>
              <w:t>2. Operaciones</w:t>
            </w:r>
          </w:p>
        </w:tc>
        <w:tc>
          <w:tcPr>
            <w:tcW w:type="dxa" w:w="5270"/>
          </w:tcPr>
          <w:p>
            <w:r>
              <w:t>6827,39 - 5718 = 1109,39; 1109,39 + 4679,03 = 5788,42.</w:t>
              <w:br/>
              <w:t>28,56 x 74 = 2113,44.</w:t>
              <w:br/>
              <w:t>48 ÷ 6,4 = 7,5.</w:t>
            </w:r>
          </w:p>
        </w:tc>
      </w:tr>
      <w:tr>
        <w:tc>
          <w:tcPr>
            <w:tcW w:type="dxa" w:w="5270"/>
          </w:tcPr>
          <w:p>
            <w:r>
              <w:t>3. Fracciones</w:t>
            </w:r>
          </w:p>
        </w:tc>
        <w:tc>
          <w:tcPr>
            <w:tcW w:type="dxa" w:w="5270"/>
          </w:tcPr>
          <w:p>
            <w:r>
              <w:t>2/3 - 1/4 = 5/12. 7/2 + 2/5 = 39/10. Producto = 195/120 = 13/8.</w:t>
            </w:r>
          </w:p>
        </w:tc>
      </w:tr>
      <w:tr>
        <w:tc>
          <w:tcPr>
            <w:tcW w:type="dxa" w:w="5270"/>
          </w:tcPr>
          <w:p>
            <w:r>
              <w:t>4. Problema</w:t>
            </w:r>
          </w:p>
        </w:tc>
        <w:tc>
          <w:tcPr>
            <w:tcW w:type="dxa" w:w="5270"/>
          </w:tcPr>
          <w:p>
            <w:r>
              <w:t>Total de gastos: 8000 + 4000 + 3000 + 3000 = 18000 dh.</w:t>
              <w:br/>
              <w:t>Cantidad que le falta: 1/4 de 18000 = 4500 dh.</w:t>
            </w:r>
          </w:p>
        </w:tc>
      </w:tr>
    </w:tbl>
    <w:p>
      <w:r>
        <w:rPr>
          <w:b/>
          <w:sz w:val="24"/>
        </w:rPr>
        <w:t>II. Geometría</w:t>
      </w:r>
    </w:p>
    <w:p>
      <w:pPr>
        <w:pStyle w:val="ListBullet"/>
      </w:pPr>
      <w:r>
        <w:t>Ángulo AÔB = 100°: es obtuso porque 100° &gt; 90°.</w:t>
      </w:r>
    </w:p>
    <w:p>
      <w:pPr>
        <w:pStyle w:val="ListBullet"/>
      </w:pPr>
      <w:r>
        <w:t>Cuadrilátero ABCD: sus diagonales son iguales, se cortan en su punto medio y no son perpendiculares; por tanto es un rectángulo.</w:t>
      </w:r>
    </w:p>
    <w:p>
      <w:pPr>
        <w:pStyle w:val="ListBullet"/>
      </w:pPr>
      <w:r>
        <w:t>Simetría respecto de (D): construcción correcta.</w:t>
      </w:r>
    </w:p>
    <w:p>
      <w:pPr>
        <w:pStyle w:val="ListBullet"/>
      </w:pPr>
      <w:r>
        <w:t>Área del campo: 40 x 20 = 800 m². Precio de reparación: 800 x 120 = 96000 dh.</w:t>
      </w:r>
    </w:p>
    <w:p>
      <w:r>
        <w:rPr>
          <w:b/>
          <w:sz w:val="24"/>
        </w:rPr>
        <w:t>III. 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Conversiones</w:t>
            </w:r>
          </w:p>
        </w:tc>
        <w:tc>
          <w:tcPr>
            <w:tcW w:type="dxa" w:w="5270"/>
          </w:tcPr>
          <w:p>
            <w:r>
              <w:t>7 km 26,4 dam = 72,64 hm.</w:t>
              <w:br/>
              <w:t>4,3 t 250 kg = 45,5 q.</w:t>
              <w:br/>
              <w:t>725,8 a 3000 m² = 7,558 ha.</w:t>
              <w:br/>
              <w:t>3,7 m³ 5216 dm³ = 8916 l.</w:t>
            </w:r>
          </w:p>
        </w:tc>
      </w:tr>
      <w:tr>
        <w:tc>
          <w:tcPr>
            <w:tcW w:type="dxa" w:w="5270"/>
          </w:tcPr>
          <w:p>
            <w:r>
              <w:t>Cisterna</w:t>
            </w:r>
          </w:p>
        </w:tc>
        <w:tc>
          <w:tcPr>
            <w:tcW w:type="dxa" w:w="5270"/>
          </w:tcPr>
          <w:p>
            <w:r>
              <w:t>Volumen = 1,5 x 3 x 1,2 = 5,4 m³.</w:t>
              <w:br/>
              <w:t>Una tercera parte = 5,4 ÷ 3 = 1,8 m³ = 1800 l.</w:t>
            </w:r>
          </w:p>
        </w:tc>
      </w:tr>
    </w:tbl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