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Tánger-Arcila 2016</w:t>
      </w:r>
    </w:p>
    <w:p>
      <w:pPr>
        <w:jc w:val="center"/>
      </w:pPr>
      <w:r>
        <w:rPr>
          <w:i/>
          <w:sz w:val="20"/>
        </w:rPr>
        <w:t>Corrección traducida al castellano</w:t>
      </w:r>
    </w:p>
    <w:p>
      <w:r>
        <w:rPr>
          <w:b/>
          <w:sz w:val="24"/>
        </w:rPr>
        <w:t>Números y cálculo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1. Orden</w:t>
            </w:r>
          </w:p>
        </w:tc>
        <w:tc>
          <w:tcPr>
            <w:tcW w:type="dxa" w:w="5270"/>
          </w:tcPr>
          <w:p>
            <w:r>
              <w:t>5,231 &lt; 5,321 &lt; 81/4 &lt; 23,151 &lt; 23,45 &lt; 105.</w:t>
            </w:r>
          </w:p>
        </w:tc>
      </w:tr>
      <w:tr>
        <w:tc>
          <w:tcPr>
            <w:tcW w:type="dxa" w:w="5270"/>
          </w:tcPr>
          <w:p>
            <w:r>
              <w:t>2. Operaciones</w:t>
            </w:r>
          </w:p>
        </w:tc>
        <w:tc>
          <w:tcPr>
            <w:tcW w:type="dxa" w:w="5270"/>
          </w:tcPr>
          <w:p>
            <w:r>
              <w:t>7564 - (574 + 4723,25) = 2266,75.</w:t>
              <w:br/>
              <w:t>35,74 x 86 = 3073,64.</w:t>
              <w:br/>
              <w:t>981,75 ÷ 4,25 = 231.</w:t>
            </w:r>
          </w:p>
        </w:tc>
      </w:tr>
      <w:tr>
        <w:tc>
          <w:tcPr>
            <w:tcW w:type="dxa" w:w="5270"/>
          </w:tcPr>
          <w:p>
            <w:r>
              <w:t>3. Fracciones</w:t>
            </w:r>
          </w:p>
        </w:tc>
        <w:tc>
          <w:tcPr>
            <w:tcW w:type="dxa" w:w="5270"/>
          </w:tcPr>
          <w:p>
            <w:r>
              <w:t>(3/5 + 5/2) x (7/4 - 3/4) = 31/10, es decir 3,1.</w:t>
            </w:r>
          </w:p>
        </w:tc>
      </w:tr>
      <w:tr>
        <w:tc>
          <w:tcPr>
            <w:tcW w:type="dxa" w:w="5270"/>
          </w:tcPr>
          <w:p>
            <w:r>
              <w:t>4. Porcentaje</w:t>
            </w:r>
          </w:p>
        </w:tc>
        <w:tc>
          <w:tcPr>
            <w:tcW w:type="dxa" w:w="5270"/>
          </w:tcPr>
          <w:p>
            <w:r>
              <w:t>Números de una cifra: 10. Total de números: 25. Porcentaje = 10/25 x 100 = 40 %.</w:t>
            </w:r>
          </w:p>
        </w:tc>
      </w:tr>
    </w:tbl>
    <w:p>
      <w:r>
        <w:rPr>
          <w:b/>
          <w:sz w:val="24"/>
        </w:rPr>
        <w:t>Geometría</w:t>
      </w:r>
    </w:p>
    <w:p>
      <w:pPr>
        <w:pStyle w:val="ListBullet"/>
      </w:pPr>
      <w:r>
        <w:t>Ángulo de 41°: construcción correcta con margen de ±1°.</w:t>
      </w:r>
    </w:p>
    <w:p>
      <w:pPr>
        <w:pStyle w:val="ListBullet"/>
      </w:pPr>
      <w:r>
        <w:t>Circunferencia de radio 3 cm: construcción correcta con margen de ±1 mm.</w:t>
      </w:r>
    </w:p>
    <w:p>
      <w:pPr>
        <w:pStyle w:val="ListBullet"/>
      </w:pPr>
      <w:r>
        <w:t>Dos figuras simétricas: construcción correcta sobre la cuadrícula.</w:t>
      </w:r>
    </w:p>
    <w:p>
      <w:pPr>
        <w:pStyle w:val="ListBullet"/>
      </w:pPr>
      <w:r>
        <w:t>Problema del terreno: diámetro menor = 225 ÷ 3 = 75 m. Área = 225 x 75 = 16875 m². Precio = 16875 x 1200 = 20250000 dh.</w:t>
      </w:r>
    </w:p>
    <w:p>
      <w:r>
        <w:rPr>
          <w:b/>
          <w:sz w:val="24"/>
        </w:rPr>
        <w:t>Medida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Conversiones</w:t>
            </w:r>
          </w:p>
        </w:tc>
        <w:tc>
          <w:tcPr>
            <w:tcW w:type="dxa" w:w="5270"/>
          </w:tcPr>
          <w:p>
            <w:r>
              <w:t>81,5 km = 81500 m.</w:t>
              <w:br/>
              <w:t>7,6 t = 7600 kg.</w:t>
              <w:br/>
              <w:t>2,5 ha = 25000 m².</w:t>
              <w:br/>
              <w:t>43,5 hl = 4350 l.</w:t>
            </w:r>
          </w:p>
        </w:tc>
      </w:tr>
      <w:tr>
        <w:tc>
          <w:tcPr>
            <w:tcW w:type="dxa" w:w="5270"/>
          </w:tcPr>
          <w:p>
            <w:r>
              <w:t>Cisterna</w:t>
            </w:r>
          </w:p>
        </w:tc>
        <w:tc>
          <w:tcPr>
            <w:tcW w:type="dxa" w:w="5270"/>
          </w:tcPr>
          <w:p>
            <w:r>
              <w:t>Volumen = 3,14 x 4 x 8 = 100,48 m³. Capacidad = 100,48 m³ = 100480 l.</w:t>
            </w:r>
          </w:p>
        </w:tc>
      </w:tr>
    </w:tbl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