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Tánger-Arcila 2016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r>
        <w:rPr>
          <w:b/>
          <w:sz w:val="24"/>
        </w:rPr>
        <w:t>Números y cálculo</w:t>
      </w:r>
    </w:p>
    <w:p>
      <w:pPr>
        <w:pStyle w:val="ListNumber"/>
      </w:pPr>
      <w:r>
        <w:t>Ordena los siguientes números de menor a mayor, escribiendo desde la izquierda: 23,45 ; 5,321 ; 105 ; 23,151 ; 81/4 ; 5,231.</w:t>
      </w:r>
    </w:p>
    <w:p>
      <w:pPr>
        <w:pStyle w:val="ListNumber"/>
      </w:pPr>
      <w:r>
        <w:t>Realiza las operaciones en vertical: a) 7564 - (574 + 4723,25); b) 35,74 x 86; c) 981,75 ÷ 4,25.</w:t>
      </w:r>
    </w:p>
    <w:p>
      <w:pPr>
        <w:pStyle w:val="ListNumber"/>
      </w:pPr>
      <w:r>
        <w:t>Realiza en una línea: (3/5 + 5/2) x (7/4 - 3/4).</w:t>
      </w:r>
    </w:p>
    <w:p>
      <w:pPr>
        <w:pStyle w:val="ListNumber"/>
      </w:pPr>
      <w:r>
        <w:t>Observa la tabla formada por números enteros y calcula el porcentaje de números de una cifra respecto al total de números de la tabla. Escribe las operaciones necesarias.</w:t>
      </w:r>
    </w:p>
    <w:p>
      <w:r>
        <w:rPr>
          <w:b/>
        </w:rPr>
        <w:t>Tabla de números: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43200" cy="23875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ger_2016_tabla_numero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387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Geometría</w:t>
      </w:r>
    </w:p>
    <w:p>
      <w:pPr>
        <w:pStyle w:val="ListNumber"/>
      </w:pPr>
      <w:r>
        <w:t>Construye un ángulo de 41° con los instrumentos adecuados.</w:t>
      </w:r>
    </w:p>
    <w:p>
      <w:pPr>
        <w:pStyle w:val="ListNumber"/>
      </w:pPr>
      <w:r>
        <w:t>Construye una circunferencia de radio 3 cm con los instrumentos adecuados.</w:t>
      </w:r>
    </w:p>
    <w:p>
      <w:pPr>
        <w:pStyle w:val="ListNumber"/>
      </w:pPr>
      <w:r>
        <w:t>Construye dos figuras simétricas a tu elección respecto de una recta, utilizando la cuadrícula y los instrumentos adecuados.</w:t>
      </w:r>
    </w:p>
    <w:p>
      <w:r>
        <w:rPr>
          <w:b/>
        </w:rPr>
        <w:t>Cuadrícula para la construcción: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27072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ger_2016_cuadricul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7072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Problemas y medida</w:t>
      </w:r>
    </w:p>
    <w:p>
      <w:pPr>
        <w:pStyle w:val="ListNumber"/>
      </w:pPr>
      <w:r>
        <w:t>Lee el problema y completa la tabla: un inversor compra en las afueras de Tánger un terreno circular a 1200 dh por metro cuadrado. El diámetro mayor mide 225 m y el diámetro menor es un tercio del mayor. Completa: diámetro menor, área del terreno y precio de compra.</w:t>
      </w:r>
    </w:p>
    <w:p>
      <w:pPr>
        <w:pStyle w:val="ListNumber"/>
      </w:pPr>
      <w:r>
        <w:t>Convierte: 81,5 km = ____ m; 7,6 t = ____ kg; 2,5 ha = ____ m²; 43,5 hl = ____ l.</w:t>
      </w:r>
    </w:p>
    <w:p>
      <w:pPr>
        <w:pStyle w:val="ListNumber"/>
      </w:pPr>
      <w:r>
        <w:t>Lee el problema y completa la tabla: un camión de gasolina transporta una cisterna cilíndrica de longitud 8 m y diámetro 4 m. Calcula el volumen de la cisterna y su capacidad en litros.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