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Tarfaya 2016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r>
        <w:rPr>
          <w:b/>
          <w:sz w:val="24"/>
        </w:rPr>
        <w:t>I. Números y cálculo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Orden creciente</w:t>
            </w:r>
          </w:p>
        </w:tc>
        <w:tc>
          <w:tcPr>
            <w:tcW w:type="dxa" w:w="5270"/>
          </w:tcPr>
          <w:p>
            <w:r>
              <w:t>1/6 &lt; 3,9 &lt; 20/4 &lt; 6 &lt; 6,25.</w:t>
            </w:r>
          </w:p>
        </w:tc>
      </w:tr>
      <w:tr>
        <w:tc>
          <w:tcPr>
            <w:tcW w:type="dxa" w:w="5270"/>
          </w:tcPr>
          <w:p>
            <w:r>
              <w:t>Fracciones</w:t>
            </w:r>
          </w:p>
        </w:tc>
        <w:tc>
          <w:tcPr>
            <w:tcW w:type="dxa" w:w="5270"/>
          </w:tcPr>
          <w:p>
            <w:r>
              <w:t>Diferencia: 3/4. Suma: 19/8. Producto: 57/32.</w:t>
            </w:r>
          </w:p>
        </w:tc>
      </w:tr>
      <w:tr>
        <w:tc>
          <w:tcPr>
            <w:tcW w:type="dxa" w:w="5270"/>
          </w:tcPr>
          <w:p>
            <w:r>
              <w:t>Operaciones</w:t>
            </w:r>
          </w:p>
        </w:tc>
        <w:tc>
          <w:tcPr>
            <w:tcW w:type="dxa" w:w="5270"/>
          </w:tcPr>
          <w:p>
            <w:r>
              <w:t>(7135,76 - 718,9) + 605,088 = 7021,948.</w:t>
              <w:br/>
              <w:t>257,3 x 45,7 = 11758,61.</w:t>
              <w:br/>
              <w:t>1076,25 ÷ 28,7 = 37,5.</w:t>
            </w:r>
          </w:p>
        </w:tc>
      </w:tr>
      <w:tr>
        <w:tc>
          <w:tcPr>
            <w:tcW w:type="dxa" w:w="5270"/>
          </w:tcPr>
          <w:p>
            <w:r>
              <w:t>Escala</w:t>
            </w:r>
          </w:p>
        </w:tc>
        <w:tc>
          <w:tcPr>
            <w:tcW w:type="dxa" w:w="5270"/>
          </w:tcPr>
          <w:p>
            <w:r>
              <w:t>Distancia real = 3,14 x 20000000 = 62800000 cm = 628 km.</w:t>
            </w:r>
          </w:p>
        </w:tc>
      </w:tr>
    </w:tbl>
    <w:p>
      <w:r>
        <w:rPr>
          <w:b/>
          <w:sz w:val="24"/>
        </w:rPr>
        <w:t>II. 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Conversiones</w:t>
            </w:r>
          </w:p>
        </w:tc>
        <w:tc>
          <w:tcPr>
            <w:tcW w:type="dxa" w:w="5270"/>
          </w:tcPr>
          <w:p>
            <w:r>
              <w:t>400 dam + 2,5 km = 65 hm.</w:t>
              <w:br/>
              <w:t>5 q + 4500 kg = 5 t.</w:t>
              <w:br/>
              <w:t>8,7 ha 23 a 245 dam² = 113800 m².</w:t>
              <w:br/>
              <w:t>14 dm³ 240 dal = 2,414 m³.</w:t>
            </w:r>
          </w:p>
        </w:tc>
      </w:tr>
      <w:tr>
        <w:tc>
          <w:tcPr>
            <w:tcW w:type="dxa" w:w="5270"/>
          </w:tcPr>
          <w:p>
            <w:r>
              <w:t>Piscina</w:t>
            </w:r>
          </w:p>
        </w:tc>
        <w:tc>
          <w:tcPr>
            <w:tcW w:type="dxa" w:w="5270"/>
          </w:tcPr>
          <w:p>
            <w:r>
              <w:t>Anchura = 3 m y altura = 3 m. Volumen = 6 x 3 x 3 = 54 m³.</w:t>
            </w:r>
          </w:p>
        </w:tc>
      </w:tr>
    </w:tbl>
    <w:p>
      <w:r>
        <w:rPr>
          <w:b/>
          <w:sz w:val="24"/>
        </w:rPr>
        <w:t>III. Geometría</w:t>
      </w:r>
    </w:p>
    <w:p>
      <w:pPr>
        <w:pStyle w:val="ListBullet"/>
      </w:pPr>
      <w:r>
        <w:t>Ángulo AÔB = 85°: construcción correcta.</w:t>
      </w:r>
    </w:p>
    <w:p>
      <w:pPr>
        <w:pStyle w:val="ListBullet"/>
      </w:pPr>
      <w:r>
        <w:t>Paralelogramo ABCD: construcción correcta respetando las medidas.</w:t>
      </w:r>
    </w:p>
    <w:p>
      <w:pPr>
        <w:pStyle w:val="ListBullet"/>
      </w:pPr>
      <w:r>
        <w:t>Simetría respecto de (D): construcción correcta.</w:t>
      </w:r>
    </w:p>
    <w:p>
      <w:r>
        <w:rPr>
          <w:b/>
        </w:rPr>
        <w:t>Solución gráfica de la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754880" cy="39739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faya_2016_simetria_resuelt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9739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t>Jardín: perímetro = 2 x (12 + 8) = 40 m. Área de la zona circular = 3 x 3 x 3,14 = 28,26 m², según la corrección original.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