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Tarfaya 2017</w:t>
      </w:r>
    </w:p>
    <w:p>
      <w:pPr>
        <w:jc w:val="center"/>
      </w:pPr>
      <w:r>
        <w:rPr>
          <w:i/>
          <w:sz w:val="20"/>
        </w:rPr>
        <w:t>Corrección traducida al castellano</w:t>
      </w:r>
    </w:p>
    <w:p>
      <w:r>
        <w:rPr>
          <w:b/>
          <w:sz w:val="24"/>
        </w:rPr>
        <w:t>I. Números y cálculo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Orden creciente</w:t>
            </w:r>
          </w:p>
        </w:tc>
        <w:tc>
          <w:tcPr>
            <w:tcW w:type="dxa" w:w="5270"/>
          </w:tcPr>
          <w:p>
            <w:r>
              <w:t>1/8 &lt; 1,25 &lt; 25/5 &lt; 7,09 &lt; 8.</w:t>
            </w:r>
          </w:p>
        </w:tc>
      </w:tr>
      <w:tr>
        <w:tc>
          <w:tcPr>
            <w:tcW w:type="dxa" w:w="5270"/>
          </w:tcPr>
          <w:p>
            <w:r>
              <w:t>Fracciones</w:t>
            </w:r>
          </w:p>
        </w:tc>
        <w:tc>
          <w:tcPr>
            <w:tcW w:type="dxa" w:w="5270"/>
          </w:tcPr>
          <w:p>
            <w:r>
              <w:t>(1/2 + 4/3) x (2 - 1/4) = 11/6 x 7/4 = 77/24.</w:t>
            </w:r>
          </w:p>
        </w:tc>
      </w:tr>
      <w:tr>
        <w:tc>
          <w:tcPr>
            <w:tcW w:type="dxa" w:w="5270"/>
          </w:tcPr>
          <w:p>
            <w:r>
              <w:t>Operaciones</w:t>
            </w:r>
          </w:p>
        </w:tc>
        <w:tc>
          <w:tcPr>
            <w:tcW w:type="dxa" w:w="5270"/>
          </w:tcPr>
          <w:p>
            <w:r>
              <w:t>(2456,02 + 678,18) - 418,35 = 2715,85.</w:t>
              <w:br/>
              <w:t>138,04 x 22,7 = 3133,508.</w:t>
              <w:br/>
              <w:t>4712,5 ÷ 145 = 32,5.</w:t>
            </w:r>
          </w:p>
        </w:tc>
      </w:tr>
      <w:tr>
        <w:tc>
          <w:tcPr>
            <w:tcW w:type="dxa" w:w="5270"/>
          </w:tcPr>
          <w:p>
            <w:r>
              <w:t>Banco</w:t>
            </w:r>
          </w:p>
        </w:tc>
        <w:tc>
          <w:tcPr>
            <w:tcW w:type="dxa" w:w="5270"/>
          </w:tcPr>
          <w:p>
            <w:r>
              <w:t>Interés anual: 675 x 12/18 = 450 dh.</w:t>
              <w:br/>
              <w:t>Capital depositado: 675 x 100/5 = 13500 dh.</w:t>
            </w:r>
          </w:p>
        </w:tc>
      </w:tr>
    </w:tbl>
    <w:p>
      <w:r>
        <w:rPr>
          <w:b/>
          <w:sz w:val="24"/>
        </w:rPr>
        <w:t>II. Medida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Conversiones</w:t>
            </w:r>
          </w:p>
        </w:tc>
        <w:tc>
          <w:tcPr>
            <w:tcW w:type="dxa" w:w="5270"/>
          </w:tcPr>
          <w:p>
            <w:r>
              <w:t>30 km + 675 m = 306,75 hm.</w:t>
              <w:br/>
              <w:t>5 t + 870 kg = 58,7 q.</w:t>
              <w:br/>
              <w:t>7 ha 68 a 6570 m² = 833,7 dam².</w:t>
              <w:br/>
              <w:t>28 dm³ 240 m³ = 24002,8 dal.</w:t>
            </w:r>
          </w:p>
        </w:tc>
      </w:tr>
      <w:tr>
        <w:tc>
          <w:tcPr>
            <w:tcW w:type="dxa" w:w="5270"/>
          </w:tcPr>
          <w:p>
            <w:r>
              <w:t>Cisterna</w:t>
            </w:r>
          </w:p>
        </w:tc>
        <w:tc>
          <w:tcPr>
            <w:tcW w:type="dxa" w:w="5270"/>
          </w:tcPr>
          <w:p>
            <w:r>
              <w:t>Volumen = 1,5 x 1,5 x 3,14 x 8 = 56,52 m³.</w:t>
            </w:r>
          </w:p>
        </w:tc>
      </w:tr>
    </w:tbl>
    <w:p>
      <w:r>
        <w:rPr>
          <w:b/>
          <w:sz w:val="24"/>
        </w:rPr>
        <w:t>III. Geometría</w:t>
      </w:r>
    </w:p>
    <w:p>
      <w:pPr>
        <w:pStyle w:val="ListBullet"/>
      </w:pPr>
      <w:r>
        <w:t>Ángulo AÔB = 97°: construcción correcta.</w:t>
      </w:r>
    </w:p>
    <w:p>
      <w:pPr>
        <w:pStyle w:val="ListBullet"/>
      </w:pPr>
      <w:r>
        <w:t>Triángulo ABC: construcción correcta respetando AB = 2,5 cm, AC = 1,5 cm y ángulo ABC = 45°.</w:t>
      </w:r>
    </w:p>
    <w:p>
      <w:pPr>
        <w:pStyle w:val="ListBullet"/>
      </w:pPr>
      <w:r>
        <w:t>Simetría respecto de (D): construcción correcta.</w:t>
      </w:r>
    </w:p>
    <w:p>
      <w:r>
        <w:rPr>
          <w:b/>
        </w:rPr>
        <w:t>Solución gráfica de la simetría: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37760" cy="298291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faya_2017_simetria_resuelt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29829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t>Suelo: área = 3,5 x 3,5 x 3 = 36,75 m². Área de una baldosa = 50 x 20 = 1000 cm² = 0,1 m². Número de baldosas = 36,75 ÷ 0,1 = 367,5; se necesitan 368 baldosas si se redondea al entero superior.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