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Tetuán 2017 -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rPr>
          <w:b/>
          <w:sz w:val="24"/>
        </w:rPr>
        <w:t>I. Actividades numéricas</w:t>
      </w:r>
    </w:p>
    <w:p>
      <w:r>
        <w:t>1. Resultados: 6701,04; 701,65; 252,032; 27,1.</w:t>
      </w:r>
    </w:p>
    <w:p>
      <w:r>
        <w:t>2. 21/4 &gt; 5,1 &gt; 5,01 &gt; 5,001 &gt; 5 &gt; 5/2.</w:t>
      </w:r>
    </w:p>
    <w:p>
      <w:r>
        <w:t>3. 35/10 - 1/2 = 3; 3 + 1/2 = 7/2.</w:t>
      </w:r>
    </w:p>
    <w:p>
      <w:r>
        <w:t>4. Dividendo = 14 x 22 + 9 = 317.</w:t>
      </w:r>
    </w:p>
    <w:p>
      <w:r>
        <w:t>5. Porcentaje de chicas = (6/25) x 100 = 24%.</w:t>
      </w:r>
    </w:p>
    <w:p>
      <w:r>
        <w:t>6. Interés anual equivalente: 100 x 4 = 400. Tipo de interés = (400 / 10000) x 100 = 4%.</w:t>
      </w:r>
    </w:p>
    <w:p>
      <w:r>
        <w:rPr>
          <w:b/>
          <w:sz w:val="24"/>
        </w:rPr>
        <w:t>II. Geometría</w:t>
      </w:r>
    </w:p>
    <w:p>
      <w:r>
        <w:t>7. Construcción correcta del ángulo y de la bisectriz.</w:t>
      </w:r>
    </w:p>
    <w:p>
      <w:r>
        <w:t>8. A + B + C = 180°. A = 90°, B = 70°, luego C = 20°.</w:t>
      </w:r>
    </w:p>
    <w:p>
      <w:r>
        <w:t>9. Lado del cuadrado: 20 : 4 = 5 m. Área: 5 x 5 = 25 m².</w:t>
      </w:r>
    </w:p>
    <w:p>
      <w:r>
        <w:rPr>
          <w:b/>
          <w:sz w:val="24"/>
        </w:rPr>
        <w:t>III. Medida</w:t>
      </w:r>
    </w:p>
    <w:p>
      <w:r>
        <w:t>10. 65,7 hm + 0,3 dam = 6573 m; 25 dm³ + 7 m³ = 702,5 dal; 7,3 ca + 0,8 ha = 80,073 a.</w:t>
      </w:r>
    </w:p>
    <w:p>
      <w:r>
        <w:t>11. Cantidad de leche necesaria: (36 x 100) : 4 = 900 L.</w:t>
      </w:r>
    </w:p>
    <w:p>
      <w:r>
        <w:t>12. Radio = 3 m. Área de la base = 3,14 x 3 x 3 = 28,26 m². Volumen = 28,26 x 4 = 113,04 m³ = 113040 L. Se necesitan 10000 x 12 = 120000 L, por tanto no es suficiente.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