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Tiznit 2017 -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rPr>
          <w:b/>
          <w:sz w:val="24"/>
        </w:rPr>
        <w:t>I. Actividades numéricas</w:t>
      </w:r>
    </w:p>
    <w:p>
      <w:r>
        <w:t>1. 5 &lt; 5,09 &lt; 26/5 &lt; 5,24 &lt; 5,5 &lt; 39/6.</w:t>
      </w:r>
    </w:p>
    <w:p>
      <w:r>
        <w:t>2. (8084,45 + 386) - 395,2 = 8075,25. Suma: 8470,45; diferencia: 8075,25.</w:t>
      </w:r>
    </w:p>
    <w:p>
      <w:r>
        <w:t>3. 14,83 x 275 = 4078,25.</w:t>
      </w:r>
    </w:p>
    <w:p>
      <w:r>
        <w:t>4. 21195 : 67,5 = 314.</w:t>
      </w:r>
    </w:p>
    <w:p>
      <w:r>
        <w:t>5. (2/3 - 1/6) x (3/4 + 1/2) = 5/8.</w:t>
      </w:r>
    </w:p>
    <w:p>
      <w:r>
        <w:t>6. Duración hasta Marrakech: 4 h. Distancia Agadir-Marrakech: 90 x 4 = 360 km. Distancia restante: 630 - 360 = 270 km. Tiempo restante: 270 : 90 = 3 h. Llegará a Casablanca a las 13 h 30 min.</w:t>
      </w:r>
    </w:p>
    <w:p>
      <w:r>
        <w:rPr>
          <w:b/>
          <w:sz w:val="24"/>
        </w:rPr>
        <w:t>II. Geometría</w:t>
      </w:r>
    </w:p>
    <w:p>
      <w:r>
        <w:t>7. Ángulo MON de 75°: es un ángulo agudo porque mide menos de 90°.</w:t>
      </w:r>
    </w:p>
    <w:p>
      <w:r>
        <w:t>8. Triángulo ABC rectángulo en A correctamente construido con AB = 4 cm y AC = 6 cm.</w:t>
      </w:r>
    </w:p>
    <w:p>
      <w:r>
        <w:t>9. Anchura: 75 x 4/5 = 60 m. Área total: 75 x 60 = 4500 m². Zona de juegos: 15 a = 1500 m². Zona verde restante: 4500 - 1500 = 3000 m² = 30 a.</w:t>
      </w:r>
    </w:p>
    <w:p>
      <w:r>
        <w:t>10. Figura simétrica correctamente construida respecto de la recta (D).</w:t>
      </w:r>
    </w:p>
    <w:p>
      <w:r>
        <w:rPr>
          <w:b/>
          <w:sz w:val="24"/>
        </w:rPr>
        <w:t>III. Medida</w:t>
      </w:r>
    </w:p>
    <w:p>
      <w:r>
        <w:t>11. 7,9 dam 2,07 m 6 cm = 811,3 dm; 14 q 870,5 kg = 2,2705 t; 0,3491 hm² 96,5 a 71 ca = 13212 m²; 16 L 245 cl 1645 cm³ = 20,095 dm³.</w:t>
      </w:r>
    </w:p>
    <w:p>
      <w:r>
        <w:t>12. Radio = 5 m. Área de la base = 5 x 5 x 3,14 = 78,5 m². Volumen = 78,5 x 7,5 = 588,75 m³ = 588750 L.</w:t>
      </w:r>
    </w:p>
    <w:p>
      <w:r>
        <w:rPr>
          <w:b/>
          <w:sz w:val="22"/>
        </w:rPr>
        <w:t>Corrección gráfica de la simetría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120640" cy="724229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ge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7242294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