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Tiznit 2017 - Enunciado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t>Duración: 1 h 30 min. Coeficiente: 2.</w:t>
      </w:r>
    </w:p>
    <w:p>
      <w:r>
        <w:rPr>
          <w:b/>
          <w:sz w:val="24"/>
        </w:rPr>
        <w:t>I. Actividades numéricas (16 puntos)</w:t>
      </w:r>
    </w:p>
    <w:p>
      <w:r>
        <w:t>1. Ordena de forma creciente usando el signo &lt;: 5,24; 39/6; 5,5; 26/5; 5; 5,09.</w:t>
      </w:r>
    </w:p>
    <w:p>
      <w:r>
        <w:t>2. Coloca y calcula: (8084,45 + 386) - 395,2.</w:t>
      </w:r>
    </w:p>
    <w:p>
      <w:r>
        <w:t>3. Coloca y calcula: 14,83 x 275.</w:t>
      </w:r>
    </w:p>
    <w:p>
      <w:r>
        <w:t>4. Coloca y calcula: 21195 : 67,5.</w:t>
      </w:r>
    </w:p>
    <w:p>
      <w:r>
        <w:t>5. Calcula: (2/3 - 1/6) x (3/4 + 1/2).</w:t>
      </w:r>
    </w:p>
    <w:p>
      <w:r>
        <w:t>6. Problema: Ahmed salió en coche de Agadir a las 6 h 30 min hacia Casablanca, que está a 630 km. Llegó a Marrakech a las 10 h 30 min. a) Calcula la distancia entre Agadir y Marrakech si viaja a 90 km/h. b) ¿A qué hora llegará a Casablanca?</w:t>
      </w:r>
    </w:p>
    <w:p>
      <w:r>
        <w:rPr>
          <w:b/>
          <w:sz w:val="24"/>
        </w:rPr>
        <w:t>II. Actividades geométricas (11 puntos)</w:t>
      </w:r>
    </w:p>
    <w:p>
      <w:r>
        <w:t>7. Dibuja un ángulo MON de 75°. ¿Qué tipo de ángulo es? ¿Por qué?</w:t>
      </w:r>
    </w:p>
    <w:p>
      <w:r>
        <w:t>8. Dibuja un triángulo ABC rectángulo en A, con AB = 4 cm y AC = 6 cm.</w:t>
      </w:r>
    </w:p>
    <w:p>
      <w:r>
        <w:t>9. Problema: una ciudad reservó un terreno rectangular de 75 m de largo para crear un jardín público. Su anchura es 4/5 de su longitud. Se destinan 15 a para zona de juegos. a) Calcula el área del jardín en m². b) Calcula en áreas la superficie restante para la zona verde.</w:t>
      </w:r>
    </w:p>
    <w:p>
      <w:r>
        <w:t>10. Construye A’B’C’D’, figura simétrica del cuadrilátero ABCD respecto de la recta (D), usando la cuadrícula.</w:t>
      </w:r>
    </w:p>
    <w:p>
      <w:r>
        <w:rPr>
          <w:b/>
          <w:sz w:val="24"/>
        </w:rPr>
        <w:t>III. Medida (13 puntos)</w:t>
      </w:r>
    </w:p>
    <w:p>
      <w:r>
        <w:t>11. Convierte: 7,9 dam 2,07 m 6 cm = ... dm; 14 q 870,5 kg = ... t; 0,3491 hm² 96,5 a 71 ca = ... m²; 16 L 245 cl 1645 cm³ = ... dm³.</w:t>
      </w:r>
    </w:p>
    <w:p>
      <w:r>
        <w:t>12. Problema: un agricultor construye un depósito cilíndrico de diámetro 10 m y altura 7,5 m. Calcula el área de la base y la capacidad en litros. Usa π = 3,14.</w:t>
      </w:r>
    </w:p>
    <w:p>
      <w:r>
        <w:rPr>
          <w:b/>
          <w:sz w:val="22"/>
        </w:rPr>
        <w:t>Figura para la simetría del ejercicio 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1045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znit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10455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